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50CDA" w14:textId="7B029108" w:rsidR="00E73FF8" w:rsidRDefault="00E73FF8" w:rsidP="00E73FF8">
      <w:pPr>
        <w:pStyle w:val="Titolo1"/>
        <w:spacing w:before="0" w:line="320" w:lineRule="exact"/>
        <w:jc w:val="center"/>
        <w:rPr>
          <w:rFonts w:ascii="Bookman Old Style" w:hAnsi="Bookman Old Style"/>
          <w:color w:val="auto"/>
          <w:sz w:val="24"/>
          <w:szCs w:val="24"/>
        </w:rPr>
      </w:pPr>
      <w:r w:rsidRPr="0087794E">
        <w:rPr>
          <w:rFonts w:ascii="Bookman Old Style" w:hAnsi="Bookman Old Style"/>
          <w:color w:val="auto"/>
          <w:sz w:val="24"/>
          <w:szCs w:val="24"/>
        </w:rPr>
        <w:t xml:space="preserve">ALLEGATO </w:t>
      </w:r>
      <w:r>
        <w:rPr>
          <w:rFonts w:ascii="Bookman Old Style" w:hAnsi="Bookman Old Style"/>
          <w:color w:val="auto"/>
          <w:sz w:val="24"/>
          <w:szCs w:val="24"/>
        </w:rPr>
        <w:t>D</w:t>
      </w:r>
    </w:p>
    <w:p w14:paraId="56BAEAEC" w14:textId="4DEFDD31" w:rsidR="00E73FF8" w:rsidRDefault="00E73FF8" w:rsidP="00E73FF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45B25" wp14:editId="5AEAD941">
                <wp:simplePos x="0" y="0"/>
                <wp:positionH relativeFrom="column">
                  <wp:posOffset>1905</wp:posOffset>
                </wp:positionH>
                <wp:positionV relativeFrom="paragraph">
                  <wp:posOffset>316865</wp:posOffset>
                </wp:positionV>
                <wp:extent cx="6387465" cy="1604645"/>
                <wp:effectExtent l="0" t="0" r="0" b="0"/>
                <wp:wrapThrough wrapText="bothSides">
                  <wp:wrapPolygon edited="0">
                    <wp:start x="0" y="0"/>
                    <wp:lineTo x="0" y="21284"/>
                    <wp:lineTo x="21516" y="21284"/>
                    <wp:lineTo x="21516" y="0"/>
                    <wp:lineTo x="0" y="0"/>
                  </wp:wrapPolygon>
                </wp:wrapThrough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7465" cy="1604645"/>
                        </a:xfrm>
                        <a:prstGeom prst="rect">
                          <a:avLst/>
                        </a:prstGeom>
                        <a:solidFill>
                          <a:srgbClr val="32A3D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0B98AE9" w14:textId="77777777" w:rsidR="00E73FF8" w:rsidRPr="0083342E" w:rsidRDefault="00E73FF8" w:rsidP="00E73FF8">
                            <w:pPr>
                              <w:pStyle w:val="Contenutocornice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Avviso Pubblico</w:t>
                            </w:r>
                          </w:p>
                          <w:p w14:paraId="0912D8C6" w14:textId="77777777" w:rsidR="00E73FF8" w:rsidRPr="0083342E" w:rsidRDefault="00E73FF8" w:rsidP="00E73FF8">
                            <w:pPr>
                              <w:pStyle w:val="Contenutocornice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PROGRESSI</w:t>
                            </w:r>
                          </w:p>
                          <w:p w14:paraId="3312EC63" w14:textId="77777777" w:rsidR="00E73FF8" w:rsidRPr="0083342E" w:rsidRDefault="00E73FF8" w:rsidP="00E73FF8">
                            <w:pPr>
                              <w:pStyle w:val="Contenutocornice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PROGetti</w:t>
                            </w:r>
                            <w:proofErr w:type="spellEnd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per il </w:t>
                            </w:r>
                            <w:proofErr w:type="spellStart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REcupero</w:t>
                            </w:r>
                            <w:proofErr w:type="spellEnd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e il Supporto agli Studenti nell’Innovazione</w:t>
                            </w:r>
                          </w:p>
                          <w:p w14:paraId="78035E3D" w14:textId="77777777" w:rsidR="00E73FF8" w:rsidRPr="0083342E" w:rsidRDefault="00E73FF8" w:rsidP="00E73FF8">
                            <w:pPr>
                              <w:pStyle w:val="Contenutocornice"/>
                              <w:spacing w:before="120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14:paraId="344346EB" w14:textId="77777777" w:rsidR="00E73FF8" w:rsidRPr="0083342E" w:rsidRDefault="00E73FF8" w:rsidP="00E73FF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Anni </w:t>
                            </w:r>
                            <w:proofErr w:type="spellStart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Scolastici</w:t>
                            </w:r>
                            <w:proofErr w:type="spellEnd"/>
                            <w:r w:rsidRPr="0083342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 xml:space="preserve"> 2023-24/2024-25/2025-26</w:t>
                            </w:r>
                          </w:p>
                          <w:p w14:paraId="1404697C" w14:textId="77777777" w:rsidR="00E73FF8" w:rsidRDefault="00E73FF8" w:rsidP="00E73FF8">
                            <w:pPr>
                              <w:spacing w:line="36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40"/>
                              </w:rPr>
                            </w:pPr>
                          </w:p>
                          <w:p w14:paraId="084F71CC" w14:textId="77777777" w:rsidR="00E73FF8" w:rsidRPr="00BB39F7" w:rsidRDefault="00E73FF8" w:rsidP="00E73FF8">
                            <w:pPr>
                              <w:spacing w:line="360" w:lineRule="auto"/>
                              <w:contextualSpacing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45B25" id="Rettangolo 1" o:spid="_x0000_s1026" style="position:absolute;margin-left:.15pt;margin-top:24.95pt;width:502.95pt;height:12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" fillcolor="#32a3d0" stroked="f" strokeweight="2pt">
                <v:textbox>
                  <w:txbxContent>
                    <w:p w14:paraId="20B98AE9" w14:textId="77777777" w:rsidR="00E73FF8" w:rsidRPr="0083342E" w:rsidRDefault="00E73FF8" w:rsidP="00E73FF8">
                      <w:pPr>
                        <w:pStyle w:val="Contenutocornice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Avviso Pubblico</w:t>
                      </w:r>
                    </w:p>
                    <w:p w14:paraId="0912D8C6" w14:textId="77777777" w:rsidR="00E73FF8" w:rsidRPr="0083342E" w:rsidRDefault="00E73FF8" w:rsidP="00E73FF8">
                      <w:pPr>
                        <w:pStyle w:val="Contenutocornice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PROGRESSI</w:t>
                      </w:r>
                    </w:p>
                    <w:p w14:paraId="3312EC63" w14:textId="77777777" w:rsidR="00E73FF8" w:rsidRPr="0083342E" w:rsidRDefault="00E73FF8" w:rsidP="00E73FF8">
                      <w:pPr>
                        <w:pStyle w:val="Contenutocornice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proofErr w:type="spellStart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PROGetti</w:t>
                      </w:r>
                      <w:proofErr w:type="spellEnd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per il </w:t>
                      </w:r>
                      <w:proofErr w:type="spellStart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REcupero</w:t>
                      </w:r>
                      <w:proofErr w:type="spellEnd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e il Supporto agli Studenti nell’Innovazione</w:t>
                      </w:r>
                    </w:p>
                    <w:p w14:paraId="78035E3D" w14:textId="77777777" w:rsidR="00E73FF8" w:rsidRPr="0083342E" w:rsidRDefault="00E73FF8" w:rsidP="00E73FF8">
                      <w:pPr>
                        <w:pStyle w:val="Contenutocornice"/>
                        <w:spacing w:before="120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</w:p>
                    <w:p w14:paraId="344346EB" w14:textId="77777777" w:rsidR="00E73FF8" w:rsidRPr="0083342E" w:rsidRDefault="00E73FF8" w:rsidP="00E73FF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Anni </w:t>
                      </w:r>
                      <w:proofErr w:type="spellStart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Scolastici</w:t>
                      </w:r>
                      <w:proofErr w:type="spellEnd"/>
                      <w:r w:rsidRPr="0083342E"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 xml:space="preserve"> 2023-24/2024-25/2025-26</w:t>
                      </w:r>
                    </w:p>
                    <w:p w14:paraId="1404697C" w14:textId="77777777" w:rsidR="00E73FF8" w:rsidRDefault="00E73FF8" w:rsidP="00E73FF8">
                      <w:pPr>
                        <w:spacing w:line="360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40"/>
                        </w:rPr>
                      </w:pPr>
                    </w:p>
                    <w:p w14:paraId="084F71CC" w14:textId="77777777" w:rsidR="00E73FF8" w:rsidRPr="00BB39F7" w:rsidRDefault="00E73FF8" w:rsidP="00E73FF8">
                      <w:pPr>
                        <w:spacing w:line="360" w:lineRule="auto"/>
                        <w:contextualSpacing/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804"/>
      </w:tblGrid>
      <w:tr w:rsidR="00E73FF8" w14:paraId="2167038B" w14:textId="77777777" w:rsidTr="00F646E4">
        <w:tc>
          <w:tcPr>
            <w:tcW w:w="3256" w:type="dxa"/>
            <w:shd w:val="clear" w:color="auto" w:fill="auto"/>
          </w:tcPr>
          <w:p w14:paraId="5BD356DE" w14:textId="77777777" w:rsidR="00E73FF8" w:rsidRDefault="00E73FF8" w:rsidP="00F646E4">
            <w:pPr>
              <w:spacing w:after="0" w:line="320" w:lineRule="exact"/>
              <w:outlineLvl w:val="0"/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  <w:t>Linea</w:t>
            </w:r>
          </w:p>
        </w:tc>
        <w:tc>
          <w:tcPr>
            <w:tcW w:w="6804" w:type="dxa"/>
            <w:shd w:val="clear" w:color="auto" w:fill="auto"/>
          </w:tcPr>
          <w:p w14:paraId="55B87B82" w14:textId="77777777" w:rsidR="00E73FF8" w:rsidRDefault="00E73FF8" w:rsidP="00F646E4">
            <w:pPr>
              <w:spacing w:after="0" w:line="320" w:lineRule="exact"/>
              <w:outlineLvl w:val="0"/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  <w:t>DIGITIAMO!</w:t>
            </w:r>
          </w:p>
        </w:tc>
      </w:tr>
      <w:tr w:rsidR="00E73FF8" w14:paraId="074A6684" w14:textId="77777777" w:rsidTr="00F646E4">
        <w:tc>
          <w:tcPr>
            <w:tcW w:w="3256" w:type="dxa"/>
            <w:shd w:val="clear" w:color="auto" w:fill="auto"/>
          </w:tcPr>
          <w:p w14:paraId="07FFB2C2" w14:textId="77777777" w:rsidR="00E73FF8" w:rsidRDefault="00E73FF8" w:rsidP="00F646E4">
            <w:pPr>
              <w:spacing w:after="0" w:line="320" w:lineRule="exact"/>
              <w:outlineLvl w:val="0"/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  <w:t>Titolo</w:t>
            </w:r>
          </w:p>
        </w:tc>
        <w:tc>
          <w:tcPr>
            <w:tcW w:w="6804" w:type="dxa"/>
            <w:shd w:val="clear" w:color="auto" w:fill="auto"/>
          </w:tcPr>
          <w:p w14:paraId="777965FC" w14:textId="77777777" w:rsidR="00E73FF8" w:rsidRDefault="00E73FF8" w:rsidP="00F646E4">
            <w:pPr>
              <w:spacing w:after="0" w:line="320" w:lineRule="exact"/>
              <w:outlineLvl w:val="0"/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  <w:t>DIGITIAMO CONSAPEVOLMENTE</w:t>
            </w:r>
          </w:p>
        </w:tc>
      </w:tr>
      <w:tr w:rsidR="00E73FF8" w14:paraId="5BBA66B7" w14:textId="77777777" w:rsidTr="00F646E4">
        <w:tc>
          <w:tcPr>
            <w:tcW w:w="3256" w:type="dxa"/>
            <w:shd w:val="clear" w:color="auto" w:fill="auto"/>
          </w:tcPr>
          <w:p w14:paraId="4C4B9411" w14:textId="77777777" w:rsidR="00E73FF8" w:rsidRDefault="00E73FF8" w:rsidP="00F646E4">
            <w:pPr>
              <w:spacing w:after="0" w:line="320" w:lineRule="exact"/>
              <w:outlineLvl w:val="0"/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  <w:t>Codice proposta progettuale</w:t>
            </w:r>
          </w:p>
        </w:tc>
        <w:tc>
          <w:tcPr>
            <w:tcW w:w="6804" w:type="dxa"/>
            <w:shd w:val="clear" w:color="auto" w:fill="auto"/>
          </w:tcPr>
          <w:p w14:paraId="0A7C4046" w14:textId="77777777" w:rsidR="00E73FF8" w:rsidRDefault="00E73FF8" w:rsidP="00F646E4">
            <w:pPr>
              <w:spacing w:after="0" w:line="320" w:lineRule="exact"/>
              <w:outlineLvl w:val="0"/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  <w:lang w:eastAsia="it-IT"/>
              </w:rPr>
              <w:t>CAIC88900X_DI_03</w:t>
            </w:r>
          </w:p>
        </w:tc>
      </w:tr>
      <w:tr w:rsidR="00E73FF8" w14:paraId="77B4148D" w14:textId="77777777" w:rsidTr="00F646E4">
        <w:tc>
          <w:tcPr>
            <w:tcW w:w="3256" w:type="dxa"/>
            <w:shd w:val="clear" w:color="auto" w:fill="auto"/>
          </w:tcPr>
          <w:p w14:paraId="1903578B" w14:textId="77777777" w:rsidR="00E73FF8" w:rsidRDefault="00E73FF8" w:rsidP="00F646E4">
            <w:pPr>
              <w:spacing w:after="0" w:line="320" w:lineRule="exact"/>
              <w:outlineLvl w:val="0"/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  <w:t>CLP</w:t>
            </w:r>
          </w:p>
        </w:tc>
        <w:tc>
          <w:tcPr>
            <w:tcW w:w="6804" w:type="dxa"/>
            <w:shd w:val="clear" w:color="auto" w:fill="auto"/>
          </w:tcPr>
          <w:p w14:paraId="304239E7" w14:textId="77777777" w:rsidR="00E73FF8" w:rsidRDefault="00E73FF8" w:rsidP="00F646E4">
            <w:pPr>
              <w:spacing w:after="0" w:line="320" w:lineRule="exact"/>
              <w:outlineLvl w:val="0"/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  <w:lang w:eastAsia="it-IT"/>
              </w:rPr>
              <w:t>1102012145DI250061</w:t>
            </w:r>
          </w:p>
        </w:tc>
      </w:tr>
      <w:tr w:rsidR="00E73FF8" w14:paraId="424959C4" w14:textId="77777777" w:rsidTr="00E73FF8">
        <w:trPr>
          <w:trHeight w:val="324"/>
        </w:trPr>
        <w:tc>
          <w:tcPr>
            <w:tcW w:w="3256" w:type="dxa"/>
            <w:shd w:val="clear" w:color="auto" w:fill="auto"/>
          </w:tcPr>
          <w:p w14:paraId="528569EB" w14:textId="77777777" w:rsidR="00E73FF8" w:rsidRDefault="00E73FF8" w:rsidP="00F646E4">
            <w:pPr>
              <w:spacing w:after="0" w:line="320" w:lineRule="exact"/>
              <w:outlineLvl w:val="0"/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  <w:t>CUP</w:t>
            </w:r>
          </w:p>
        </w:tc>
        <w:tc>
          <w:tcPr>
            <w:tcW w:w="6804" w:type="dxa"/>
            <w:shd w:val="clear" w:color="auto" w:fill="auto"/>
          </w:tcPr>
          <w:p w14:paraId="633D5095" w14:textId="77777777" w:rsidR="00E73FF8" w:rsidRDefault="00E73FF8" w:rsidP="00F646E4">
            <w:pPr>
              <w:spacing w:line="320" w:lineRule="exact"/>
              <w:rPr>
                <w:rFonts w:ascii="Bookman Old Style" w:eastAsia="Times New Roman" w:hAnsi="Bookman Old Style"/>
                <w:b/>
                <w:bCs/>
                <w:kern w:val="36"/>
                <w:sz w:val="20"/>
                <w:szCs w:val="20"/>
                <w:lang w:val="it-IT" w:eastAsia="it-IT"/>
              </w:rPr>
            </w:pPr>
            <w:r>
              <w:rPr>
                <w:rFonts w:ascii="Bookman Old Style" w:eastAsia="Times New Roman" w:hAnsi="Bookman Old Style"/>
                <w:b/>
                <w:bCs/>
                <w:sz w:val="20"/>
                <w:szCs w:val="20"/>
                <w:lang w:eastAsia="it-IT"/>
              </w:rPr>
              <w:t>J23C26000050002</w:t>
            </w:r>
          </w:p>
        </w:tc>
      </w:tr>
    </w:tbl>
    <w:p w14:paraId="64FFFECA" w14:textId="77777777" w:rsidR="00E73FF8" w:rsidRDefault="00E73FF8" w:rsidP="001F6598">
      <w:pPr>
        <w:spacing w:after="0" w:line="320" w:lineRule="exact"/>
        <w:jc w:val="center"/>
        <w:outlineLvl w:val="1"/>
        <w:rPr>
          <w:rFonts w:ascii="Bookman Old Style" w:eastAsia="Times New Roman" w:hAnsi="Bookman Old Style" w:cs="Times New Roman"/>
          <w:b/>
          <w:bCs/>
          <w:sz w:val="32"/>
          <w:szCs w:val="32"/>
          <w:lang w:val="it-IT" w:eastAsia="it-IT"/>
        </w:rPr>
      </w:pPr>
    </w:p>
    <w:p w14:paraId="0E8CE8F6" w14:textId="5977D3AA" w:rsidR="00EF0718" w:rsidRPr="00EF0718" w:rsidRDefault="001F6598" w:rsidP="001F6598">
      <w:pPr>
        <w:spacing w:after="0" w:line="320" w:lineRule="exact"/>
        <w:jc w:val="center"/>
        <w:outlineLvl w:val="1"/>
        <w:rPr>
          <w:rFonts w:ascii="Bookman Old Style" w:eastAsia="Times New Roman" w:hAnsi="Bookman Old Style" w:cs="Times New Roman"/>
          <w:b/>
          <w:bCs/>
          <w:sz w:val="32"/>
          <w:szCs w:val="32"/>
          <w:lang w:val="it-IT" w:eastAsia="it-IT"/>
        </w:rPr>
      </w:pPr>
      <w:r>
        <w:rPr>
          <w:rFonts w:ascii="Bookman Old Style" w:eastAsia="Times New Roman" w:hAnsi="Bookman Old Style" w:cs="Times New Roman"/>
          <w:b/>
          <w:bCs/>
          <w:sz w:val="32"/>
          <w:szCs w:val="32"/>
          <w:lang w:val="it-IT" w:eastAsia="it-IT"/>
        </w:rPr>
        <w:t>DICHIARAZIONE DI INCARICHI IN ESSERE</w:t>
      </w:r>
    </w:p>
    <w:p w14:paraId="5551B249" w14:textId="29A01202" w:rsidR="00EF0718" w:rsidRPr="00EF0718" w:rsidRDefault="00EF0718" w:rsidP="001F6598">
      <w:pPr>
        <w:spacing w:after="0" w:line="320" w:lineRule="exact"/>
        <w:jc w:val="center"/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</w:pPr>
    </w:p>
    <w:p w14:paraId="38B68B1C" w14:textId="77777777" w:rsidR="001F6598" w:rsidRDefault="001F6598" w:rsidP="001F6598">
      <w:pPr>
        <w:spacing w:after="0" w:line="320" w:lineRule="exact"/>
        <w:ind w:right="95"/>
        <w:jc w:val="right"/>
        <w:rPr>
          <w:rFonts w:ascii="Bookman Old Style" w:eastAsia="Bookman Old Style" w:hAnsi="Bookman Old Style" w:cs="Bookman Old Style"/>
          <w:b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 xml:space="preserve">  ALLA DIRIGENTE SCOLASTICA</w:t>
      </w:r>
    </w:p>
    <w:p w14:paraId="4E03840B" w14:textId="77777777" w:rsidR="001F6598" w:rsidRDefault="001F6598" w:rsidP="001F6598">
      <w:pPr>
        <w:spacing w:after="0" w:line="320" w:lineRule="exact"/>
        <w:ind w:right="95"/>
        <w:jc w:val="right"/>
        <w:rPr>
          <w:rFonts w:ascii="Bookman Old Style" w:eastAsia="Bookman Old Style" w:hAnsi="Bookman Old Style" w:cs="Bookman Old Style"/>
          <w:b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0"/>
          <w:szCs w:val="20"/>
        </w:rPr>
        <w:t>DELL’ISTITUTO COMPRENSIVO ALLORI DI IGLESIAS</w:t>
      </w:r>
    </w:p>
    <w:p w14:paraId="2315ED48" w14:textId="77777777" w:rsidR="001F6598" w:rsidRDefault="001F6598" w:rsidP="001F6598">
      <w:pPr>
        <w:spacing w:after="0" w:line="320" w:lineRule="exact"/>
        <w:jc w:val="center"/>
        <w:rPr>
          <w:rFonts w:ascii="Bookman Old Style" w:eastAsia="Bookman Old Style" w:hAnsi="Bookman Old Style" w:cs="Bookman Old Style"/>
          <w:b/>
          <w:sz w:val="20"/>
          <w:szCs w:val="20"/>
        </w:rPr>
      </w:pPr>
    </w:p>
    <w:p w14:paraId="7F98C3E7" w14:textId="148D6D2A" w:rsidR="001F6598" w:rsidRPr="001F6598" w:rsidRDefault="001F6598" w:rsidP="001F6598">
      <w:pPr>
        <w:spacing w:after="0" w:line="320" w:lineRule="exact"/>
        <w:jc w:val="both"/>
        <w:rPr>
          <w:rFonts w:ascii="Bookman Old Style" w:eastAsia="Bookman Old Style" w:hAnsi="Bookman Old Style" w:cs="Bookman Old Style"/>
          <w:sz w:val="20"/>
          <w:szCs w:val="20"/>
          <w:lang w:val="it-IT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 xml:space="preserve">Il/la </w:t>
      </w:r>
      <w:r w:rsidRPr="001F6598">
        <w:rPr>
          <w:rFonts w:ascii="Bookman Old Style" w:eastAsia="Bookman Old Style" w:hAnsi="Bookman Old Style" w:cs="Bookman Old Style"/>
          <w:sz w:val="20"/>
          <w:szCs w:val="20"/>
          <w:lang w:val="it-IT"/>
        </w:rPr>
        <w:t>sottoscritto</w:t>
      </w:r>
      <w:r>
        <w:rPr>
          <w:rFonts w:ascii="Bookman Old Style" w:eastAsia="Bookman Old Style" w:hAnsi="Bookman Old Style" w:cs="Bookman Old Style"/>
          <w:sz w:val="20"/>
          <w:szCs w:val="20"/>
        </w:rPr>
        <w:t>/a</w:t>
      </w:r>
      <w:r w:rsidRPr="001F6598">
        <w:rPr>
          <w:rFonts w:ascii="Bookman Old Style" w:eastAsia="Bookman Old Style" w:hAnsi="Bookman Old Style" w:cs="Bookman Old Style"/>
          <w:sz w:val="20"/>
          <w:szCs w:val="20"/>
          <w:lang w:val="it-IT"/>
        </w:rPr>
        <w:t>_________________________</w:t>
      </w:r>
      <w:r w:rsidRPr="001F6598">
        <w:rPr>
          <w:rFonts w:ascii="Bookman Old Style" w:eastAsia="Bookman Old Style" w:hAnsi="Bookman Old Style" w:cs="Bookman Old Style"/>
          <w:sz w:val="20"/>
          <w:szCs w:val="20"/>
          <w:u w:val="single"/>
          <w:lang w:val="it-IT"/>
        </w:rPr>
        <w:t xml:space="preserve">, </w:t>
      </w:r>
      <w:r w:rsidRPr="001F6598">
        <w:rPr>
          <w:rFonts w:ascii="Bookman Old Style" w:eastAsia="Bookman Old Style" w:hAnsi="Bookman Old Style" w:cs="Bookman Old Style"/>
          <w:sz w:val="20"/>
          <w:szCs w:val="20"/>
          <w:lang w:val="it-IT"/>
        </w:rPr>
        <w:t>in relazione alla propria partecipazione all’ Avviso di selezione per il conferimento di n. 1 incarico individuale come esperto/</w:t>
      </w:r>
      <w:r>
        <w:rPr>
          <w:rFonts w:ascii="Bookman Old Style" w:eastAsia="Bookman Old Style" w:hAnsi="Bookman Old Style" w:cs="Bookman Old Style"/>
          <w:sz w:val="20"/>
          <w:szCs w:val="20"/>
          <w:lang w:val="it-IT"/>
        </w:rPr>
        <w:t>psicologo</w:t>
      </w:r>
      <w:r w:rsidRPr="001F6598">
        <w:rPr>
          <w:rFonts w:ascii="Bookman Old Style" w:eastAsia="Bookman Old Style" w:hAnsi="Bookman Old Style" w:cs="Bookman Old Style"/>
          <w:sz w:val="20"/>
          <w:szCs w:val="20"/>
          <w:lang w:val="it-IT"/>
        </w:rPr>
        <w:t xml:space="preserve"> </w:t>
      </w:r>
      <w:r>
        <w:rPr>
          <w:rFonts w:ascii="Bookman Old Style" w:eastAsia="Bookman Old Style" w:hAnsi="Bookman Old Style" w:cs="Bookman Old Style"/>
          <w:sz w:val="20"/>
          <w:szCs w:val="20"/>
          <w:lang w:val="it-IT"/>
        </w:rPr>
        <w:t xml:space="preserve">per il </w:t>
      </w:r>
      <w:proofErr w:type="spellStart"/>
      <w:r>
        <w:rPr>
          <w:rFonts w:ascii="Bookman Old Style" w:eastAsia="Bookman Old Style" w:hAnsi="Bookman Old Style" w:cs="Bookman Old Style"/>
          <w:sz w:val="20"/>
          <w:szCs w:val="20"/>
          <w:lang w:val="it-IT"/>
        </w:rPr>
        <w:t>rpogetto</w:t>
      </w:r>
      <w:proofErr w:type="spellEnd"/>
      <w:r>
        <w:rPr>
          <w:rFonts w:ascii="Bookman Old Style" w:eastAsia="Bookman Old Style" w:hAnsi="Bookman Old Style" w:cs="Bookman Old Style"/>
          <w:sz w:val="20"/>
          <w:szCs w:val="20"/>
          <w:lang w:val="it-IT"/>
        </w:rPr>
        <w:t xml:space="preserve"> DIGITIAMO CONSAPEVOLMENTE</w:t>
      </w:r>
    </w:p>
    <w:p w14:paraId="22A06C5B" w14:textId="77777777" w:rsidR="001F6598" w:rsidRPr="001F6598" w:rsidRDefault="001F6598" w:rsidP="001F6598">
      <w:pPr>
        <w:spacing w:after="0" w:line="320" w:lineRule="exact"/>
        <w:jc w:val="center"/>
        <w:rPr>
          <w:rFonts w:ascii="Bookman Old Style" w:eastAsia="Bookman Old Style" w:hAnsi="Bookman Old Style" w:cs="Bookman Old Style"/>
          <w:b/>
          <w:sz w:val="20"/>
          <w:szCs w:val="20"/>
          <w:lang w:val="it-IT"/>
        </w:rPr>
      </w:pPr>
      <w:r w:rsidRPr="001F6598">
        <w:rPr>
          <w:rFonts w:ascii="Bookman Old Style" w:eastAsia="Bookman Old Style" w:hAnsi="Bookman Old Style" w:cs="Bookman Old Style"/>
          <w:b/>
          <w:sz w:val="20"/>
          <w:szCs w:val="20"/>
          <w:lang w:val="it-IT"/>
        </w:rPr>
        <w:t>DICHIARA</w:t>
      </w:r>
    </w:p>
    <w:p w14:paraId="7F69A736" w14:textId="77777777" w:rsidR="001F6598" w:rsidRPr="001F6598" w:rsidRDefault="001F6598" w:rsidP="001F6598">
      <w:pPr>
        <w:spacing w:after="0" w:line="320" w:lineRule="exact"/>
        <w:jc w:val="both"/>
        <w:rPr>
          <w:rFonts w:ascii="Bookman Old Style" w:eastAsia="Bookman Old Style" w:hAnsi="Bookman Old Style" w:cs="Bookman Old Style"/>
          <w:sz w:val="20"/>
          <w:szCs w:val="20"/>
          <w:lang w:val="it-IT"/>
        </w:rPr>
      </w:pPr>
      <w:r w:rsidRPr="001F6598">
        <w:rPr>
          <w:rFonts w:ascii="Bookman Old Style" w:eastAsia="Bookman Old Style" w:hAnsi="Bookman Old Style" w:cs="Bookman Old Style"/>
          <w:sz w:val="20"/>
          <w:szCs w:val="20"/>
          <w:lang w:val="it-IT"/>
        </w:rPr>
        <w:t>di essere titolare dei seguenti incarichi/cariche in enti di diritto privato regolati o finanziati dalla PA o di svolgere attività professionali come di seguito indicato</w:t>
      </w:r>
    </w:p>
    <w:p w14:paraId="1340BFC0" w14:textId="77777777" w:rsidR="001F6598" w:rsidRPr="001F6598" w:rsidRDefault="001F6598" w:rsidP="001F6598">
      <w:pPr>
        <w:spacing w:after="0" w:line="320" w:lineRule="exact"/>
        <w:jc w:val="both"/>
        <w:rPr>
          <w:rFonts w:ascii="Bookman Old Style" w:eastAsia="Bookman Old Style" w:hAnsi="Bookman Old Style" w:cs="Bookman Old Style"/>
          <w:sz w:val="20"/>
          <w:szCs w:val="20"/>
          <w:lang w:val="it-IT"/>
        </w:rPr>
      </w:pPr>
    </w:p>
    <w:p w14:paraId="3608E96A" w14:textId="77777777" w:rsidR="001F6598" w:rsidRPr="001F6598" w:rsidRDefault="001F6598" w:rsidP="001F6598">
      <w:pPr>
        <w:spacing w:after="0" w:line="320" w:lineRule="exact"/>
        <w:jc w:val="center"/>
        <w:rPr>
          <w:rFonts w:ascii="Bookman Old Style" w:eastAsia="Bookman Old Style" w:hAnsi="Bookman Old Style" w:cs="Bookman Old Style"/>
          <w:b/>
          <w:sz w:val="20"/>
          <w:szCs w:val="20"/>
          <w:lang w:val="it-IT"/>
        </w:rPr>
      </w:pPr>
      <w:r w:rsidRPr="001F6598">
        <w:rPr>
          <w:rFonts w:ascii="Bookman Old Style" w:eastAsia="Bookman Old Style" w:hAnsi="Bookman Old Style" w:cs="Bookman Old Style"/>
          <w:b/>
          <w:sz w:val="20"/>
          <w:szCs w:val="20"/>
          <w:lang w:val="it-IT"/>
        </w:rPr>
        <w:t>Incarichi e cariche</w:t>
      </w:r>
    </w:p>
    <w:tbl>
      <w:tblPr>
        <w:tblW w:w="97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9"/>
        <w:gridCol w:w="3259"/>
        <w:gridCol w:w="3260"/>
      </w:tblGrid>
      <w:tr w:rsidR="001F6598" w:rsidRPr="001F6598" w14:paraId="70FF80FD" w14:textId="77777777" w:rsidTr="0088378B">
        <w:tc>
          <w:tcPr>
            <w:tcW w:w="3259" w:type="dxa"/>
          </w:tcPr>
          <w:p w14:paraId="0EEF57FC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  <w:r w:rsidRPr="001F6598"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  <w:t>Attività</w:t>
            </w:r>
          </w:p>
        </w:tc>
        <w:tc>
          <w:tcPr>
            <w:tcW w:w="3259" w:type="dxa"/>
          </w:tcPr>
          <w:p w14:paraId="0F0F152C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  <w:r w:rsidRPr="001F6598"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  <w:t>Soggetto</w:t>
            </w:r>
          </w:p>
        </w:tc>
        <w:tc>
          <w:tcPr>
            <w:tcW w:w="3260" w:type="dxa"/>
          </w:tcPr>
          <w:p w14:paraId="50ABFC6B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  <w:r w:rsidRPr="001F6598"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  <w:t>Periodo di riferimento</w:t>
            </w:r>
          </w:p>
        </w:tc>
      </w:tr>
      <w:tr w:rsidR="001F6598" w:rsidRPr="001F6598" w14:paraId="1603051A" w14:textId="77777777" w:rsidTr="0088378B">
        <w:tc>
          <w:tcPr>
            <w:tcW w:w="3259" w:type="dxa"/>
          </w:tcPr>
          <w:p w14:paraId="15046E3D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  <w:tc>
          <w:tcPr>
            <w:tcW w:w="3259" w:type="dxa"/>
          </w:tcPr>
          <w:p w14:paraId="6605C53E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</w:tcPr>
          <w:p w14:paraId="066CC660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</w:tr>
      <w:tr w:rsidR="001F6598" w:rsidRPr="001F6598" w14:paraId="3A137BDD" w14:textId="77777777" w:rsidTr="0088378B">
        <w:tc>
          <w:tcPr>
            <w:tcW w:w="3259" w:type="dxa"/>
          </w:tcPr>
          <w:p w14:paraId="0CE78114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  <w:tc>
          <w:tcPr>
            <w:tcW w:w="3259" w:type="dxa"/>
          </w:tcPr>
          <w:p w14:paraId="284F8C72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</w:tcPr>
          <w:p w14:paraId="0ECBC364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</w:tr>
    </w:tbl>
    <w:p w14:paraId="1883B164" w14:textId="77777777" w:rsidR="001F6598" w:rsidRPr="001F6598" w:rsidRDefault="001F6598" w:rsidP="001F6598">
      <w:pPr>
        <w:spacing w:after="0" w:line="320" w:lineRule="exact"/>
        <w:jc w:val="center"/>
        <w:rPr>
          <w:rFonts w:ascii="Bookman Old Style" w:eastAsia="Bookman Old Style" w:hAnsi="Bookman Old Style" w:cs="Bookman Old Style"/>
          <w:b/>
          <w:sz w:val="20"/>
          <w:szCs w:val="20"/>
          <w:lang w:val="it-IT"/>
        </w:rPr>
      </w:pPr>
      <w:r w:rsidRPr="001F6598">
        <w:rPr>
          <w:rFonts w:ascii="Bookman Old Style" w:eastAsia="Bookman Old Style" w:hAnsi="Bookman Old Style" w:cs="Bookman Old Style"/>
          <w:b/>
          <w:sz w:val="20"/>
          <w:szCs w:val="20"/>
          <w:lang w:val="it-IT"/>
        </w:rPr>
        <w:t>Attività professionali</w:t>
      </w:r>
    </w:p>
    <w:tbl>
      <w:tblPr>
        <w:tblW w:w="97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9"/>
        <w:gridCol w:w="3259"/>
        <w:gridCol w:w="3260"/>
      </w:tblGrid>
      <w:tr w:rsidR="001F6598" w:rsidRPr="001F6598" w14:paraId="1C20E161" w14:textId="77777777" w:rsidTr="0088378B">
        <w:tc>
          <w:tcPr>
            <w:tcW w:w="3259" w:type="dxa"/>
          </w:tcPr>
          <w:p w14:paraId="0F391695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  <w:r w:rsidRPr="001F6598"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  <w:t>Attività</w:t>
            </w:r>
          </w:p>
        </w:tc>
        <w:tc>
          <w:tcPr>
            <w:tcW w:w="3259" w:type="dxa"/>
          </w:tcPr>
          <w:p w14:paraId="1C241006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  <w:r w:rsidRPr="001F6598"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  <w:t>Soggetto</w:t>
            </w:r>
          </w:p>
        </w:tc>
        <w:tc>
          <w:tcPr>
            <w:tcW w:w="3260" w:type="dxa"/>
          </w:tcPr>
          <w:p w14:paraId="2E876B01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  <w:r w:rsidRPr="001F6598"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  <w:t>Periodo di riferimento</w:t>
            </w:r>
          </w:p>
        </w:tc>
      </w:tr>
      <w:tr w:rsidR="001F6598" w:rsidRPr="001F6598" w14:paraId="71B0D9D9" w14:textId="77777777" w:rsidTr="0088378B">
        <w:tc>
          <w:tcPr>
            <w:tcW w:w="3259" w:type="dxa"/>
          </w:tcPr>
          <w:p w14:paraId="3472FBD0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  <w:tc>
          <w:tcPr>
            <w:tcW w:w="3259" w:type="dxa"/>
          </w:tcPr>
          <w:p w14:paraId="3A332F88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</w:tcPr>
          <w:p w14:paraId="58B34D7F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</w:tr>
      <w:tr w:rsidR="001F6598" w:rsidRPr="001F6598" w14:paraId="70EB764D" w14:textId="77777777" w:rsidTr="0088378B">
        <w:tc>
          <w:tcPr>
            <w:tcW w:w="3259" w:type="dxa"/>
          </w:tcPr>
          <w:p w14:paraId="28A25C6F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  <w:tc>
          <w:tcPr>
            <w:tcW w:w="3259" w:type="dxa"/>
          </w:tcPr>
          <w:p w14:paraId="77C0D8E0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  <w:tc>
          <w:tcPr>
            <w:tcW w:w="3260" w:type="dxa"/>
          </w:tcPr>
          <w:p w14:paraId="3C4CFF50" w14:textId="77777777" w:rsidR="001F6598" w:rsidRPr="001F6598" w:rsidRDefault="001F6598" w:rsidP="001F6598">
            <w:pPr>
              <w:spacing w:after="0" w:line="320" w:lineRule="exact"/>
              <w:rPr>
                <w:rFonts w:ascii="Bookman Old Style" w:eastAsia="Bookman Old Style" w:hAnsi="Bookman Old Style" w:cs="Bookman Old Style"/>
                <w:sz w:val="20"/>
                <w:szCs w:val="20"/>
                <w:lang w:val="it-IT"/>
              </w:rPr>
            </w:pPr>
          </w:p>
        </w:tc>
      </w:tr>
    </w:tbl>
    <w:p w14:paraId="14266ACD" w14:textId="77777777" w:rsidR="001F6598" w:rsidRPr="001F6598" w:rsidRDefault="001F6598" w:rsidP="001F6598">
      <w:pPr>
        <w:spacing w:after="0" w:line="320" w:lineRule="exact"/>
        <w:rPr>
          <w:rFonts w:ascii="Bookman Old Style" w:eastAsia="Bookman Old Style" w:hAnsi="Bookman Old Style" w:cs="Bookman Old Style"/>
          <w:sz w:val="20"/>
          <w:szCs w:val="20"/>
          <w:lang w:val="it-IT"/>
        </w:rPr>
      </w:pPr>
    </w:p>
    <w:p w14:paraId="20DBF3A5" w14:textId="77777777" w:rsidR="001F6598" w:rsidRPr="001F6598" w:rsidRDefault="001F6598" w:rsidP="001F6598">
      <w:pPr>
        <w:spacing w:after="0" w:line="320" w:lineRule="exact"/>
        <w:rPr>
          <w:rFonts w:ascii="Bookman Old Style" w:eastAsia="Bookman Old Style" w:hAnsi="Bookman Old Style" w:cs="Bookman Old Style"/>
          <w:sz w:val="20"/>
          <w:szCs w:val="20"/>
          <w:lang w:val="it-IT"/>
        </w:rPr>
      </w:pPr>
      <w:r w:rsidRPr="001F6598">
        <w:rPr>
          <w:rFonts w:ascii="Bookman Old Style" w:eastAsia="Bookman Old Style" w:hAnsi="Bookman Old Style" w:cs="Bookman Old Style"/>
          <w:sz w:val="20"/>
          <w:szCs w:val="20"/>
          <w:lang w:val="it-IT"/>
        </w:rPr>
        <w:t xml:space="preserve"> (luogo e data)_____________________________________</w:t>
      </w:r>
    </w:p>
    <w:p w14:paraId="311ECB1F" w14:textId="77777777" w:rsidR="001F6598" w:rsidRPr="001F6598" w:rsidRDefault="001F6598" w:rsidP="001F6598">
      <w:pPr>
        <w:spacing w:after="0" w:line="320" w:lineRule="exact"/>
        <w:rPr>
          <w:rFonts w:ascii="Bookman Old Style" w:eastAsia="Bookman Old Style" w:hAnsi="Bookman Old Style" w:cs="Bookman Old Style"/>
          <w:sz w:val="20"/>
          <w:szCs w:val="20"/>
          <w:lang w:val="it-IT"/>
        </w:rPr>
      </w:pPr>
    </w:p>
    <w:p w14:paraId="0563375C" w14:textId="77777777" w:rsidR="001F6598" w:rsidRPr="001F6598" w:rsidRDefault="001F6598" w:rsidP="001F6598">
      <w:pPr>
        <w:spacing w:after="0" w:line="320" w:lineRule="exact"/>
        <w:ind w:left="5670"/>
        <w:rPr>
          <w:rFonts w:ascii="Bookman Old Style" w:eastAsia="Bookman Old Style" w:hAnsi="Bookman Old Style" w:cs="Bookman Old Style"/>
          <w:sz w:val="20"/>
          <w:szCs w:val="20"/>
          <w:lang w:val="it-IT"/>
        </w:rPr>
      </w:pPr>
      <w:r w:rsidRPr="001F6598">
        <w:rPr>
          <w:rFonts w:ascii="Bookman Old Style" w:eastAsia="Bookman Old Style" w:hAnsi="Bookman Old Style" w:cs="Bookman Old Style"/>
          <w:sz w:val="20"/>
          <w:szCs w:val="20"/>
          <w:lang w:val="it-IT"/>
        </w:rPr>
        <w:t xml:space="preserve">                 Firma</w:t>
      </w:r>
    </w:p>
    <w:p w14:paraId="7B802B2B" w14:textId="4A4F88C2" w:rsidR="0004793D" w:rsidRPr="00EF0718" w:rsidRDefault="001F6598" w:rsidP="001F6598">
      <w:pPr>
        <w:spacing w:after="0" w:line="320" w:lineRule="exact"/>
        <w:jc w:val="right"/>
        <w:outlineLvl w:val="2"/>
        <w:rPr>
          <w:rFonts w:ascii="Bookman Old Style" w:hAnsi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_______________________</w:t>
      </w:r>
    </w:p>
    <w:sectPr w:rsidR="0004793D" w:rsidRPr="00EF0718" w:rsidSect="00E73FF8">
      <w:pgSz w:w="12240" w:h="15840"/>
      <w:pgMar w:top="709" w:right="758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4155001">
    <w:abstractNumId w:val="8"/>
  </w:num>
  <w:num w:numId="2" w16cid:durableId="53701040">
    <w:abstractNumId w:val="6"/>
  </w:num>
  <w:num w:numId="3" w16cid:durableId="737705526">
    <w:abstractNumId w:val="5"/>
  </w:num>
  <w:num w:numId="4" w16cid:durableId="72821874">
    <w:abstractNumId w:val="4"/>
  </w:num>
  <w:num w:numId="5" w16cid:durableId="1129780811">
    <w:abstractNumId w:val="7"/>
  </w:num>
  <w:num w:numId="6" w16cid:durableId="594634456">
    <w:abstractNumId w:val="3"/>
  </w:num>
  <w:num w:numId="7" w16cid:durableId="731200832">
    <w:abstractNumId w:val="2"/>
  </w:num>
  <w:num w:numId="8" w16cid:durableId="852648529">
    <w:abstractNumId w:val="1"/>
  </w:num>
  <w:num w:numId="9" w16cid:durableId="1026294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475"/>
    <w:rsid w:val="00034616"/>
    <w:rsid w:val="0004793D"/>
    <w:rsid w:val="0006063C"/>
    <w:rsid w:val="0015074B"/>
    <w:rsid w:val="001F6598"/>
    <w:rsid w:val="00205F78"/>
    <w:rsid w:val="0029639D"/>
    <w:rsid w:val="00326F90"/>
    <w:rsid w:val="00AA1D8D"/>
    <w:rsid w:val="00B47730"/>
    <w:rsid w:val="00BF3C81"/>
    <w:rsid w:val="00CB0664"/>
    <w:rsid w:val="00D77BD7"/>
    <w:rsid w:val="00E73FF8"/>
    <w:rsid w:val="00EE7379"/>
    <w:rsid w:val="00EF07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079B12"/>
  <w14:defaultImageDpi w14:val="300"/>
  <w15:docId w15:val="{86A65557-0449-40B7-91A2-E7E75B3D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enutocornice">
    <w:name w:val="Contenuto cornice"/>
    <w:basedOn w:val="Normale"/>
    <w:qFormat/>
    <w:rsid w:val="00E73FF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Giovanna Carta</cp:lastModifiedBy>
  <cp:revision>3</cp:revision>
  <dcterms:created xsi:type="dcterms:W3CDTF">2026-07-30T11:09:00Z</dcterms:created>
  <dcterms:modified xsi:type="dcterms:W3CDTF">2026-07-30T17:03:00Z</dcterms:modified>
  <cp:category/>
</cp:coreProperties>
</file>