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83F2F" w14:textId="77777777" w:rsidR="00EF0718" w:rsidRPr="00BF3C81" w:rsidRDefault="00EF0718" w:rsidP="00EF0718">
      <w:pPr>
        <w:spacing w:after="0" w:line="320" w:lineRule="exact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lang w:val="it-IT" w:eastAsia="it-IT"/>
        </w:rPr>
        <w:t>ALLEGATO A</w:t>
      </w:r>
    </w:p>
    <w:p w14:paraId="2C38E56B" w14:textId="49456FC1" w:rsidR="00BF3C81" w:rsidRDefault="00492D5C" w:rsidP="00EF0718">
      <w:pPr>
        <w:spacing w:after="0" w:line="320" w:lineRule="exact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0"/>
          <w:szCs w:val="20"/>
          <w:lang w:val="it-IT" w:eastAsia="it-IT"/>
        </w:rPr>
      </w:pPr>
      <w:r w:rsidRPr="000B4836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D0972" wp14:editId="4D254FDC">
                <wp:simplePos x="0" y="0"/>
                <wp:positionH relativeFrom="column">
                  <wp:posOffset>-5715</wp:posOffset>
                </wp:positionH>
                <wp:positionV relativeFrom="paragraph">
                  <wp:posOffset>205105</wp:posOffset>
                </wp:positionV>
                <wp:extent cx="6395720" cy="1604645"/>
                <wp:effectExtent l="0" t="0" r="5080" b="0"/>
                <wp:wrapThrough wrapText="bothSides">
                  <wp:wrapPolygon edited="0">
                    <wp:start x="0" y="0"/>
                    <wp:lineTo x="0" y="21284"/>
                    <wp:lineTo x="21553" y="21284"/>
                    <wp:lineTo x="21553" y="0"/>
                    <wp:lineTo x="0" y="0"/>
                  </wp:wrapPolygon>
                </wp:wrapThrough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5720" cy="1604645"/>
                        </a:xfrm>
                        <a:prstGeom prst="rect">
                          <a:avLst/>
                        </a:prstGeom>
                        <a:solidFill>
                          <a:srgbClr val="32A3D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E0CB39A" w14:textId="77777777" w:rsidR="00492D5C" w:rsidRPr="0083342E" w:rsidRDefault="00492D5C" w:rsidP="00492D5C">
                            <w:pPr>
                              <w:pStyle w:val="Contenutocornice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Avviso Pubblico</w:t>
                            </w:r>
                          </w:p>
                          <w:p w14:paraId="0852F4B7" w14:textId="77777777" w:rsidR="00492D5C" w:rsidRPr="0083342E" w:rsidRDefault="00492D5C" w:rsidP="00492D5C">
                            <w:pPr>
                              <w:pStyle w:val="Contenutocornice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PROGRESSI</w:t>
                            </w:r>
                          </w:p>
                          <w:p w14:paraId="7182B4D1" w14:textId="77777777" w:rsidR="00492D5C" w:rsidRPr="0083342E" w:rsidRDefault="00492D5C" w:rsidP="00492D5C">
                            <w:pPr>
                              <w:pStyle w:val="Contenutocornice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PROGetti</w:t>
                            </w:r>
                            <w:proofErr w:type="spellEnd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per il </w:t>
                            </w:r>
                            <w:proofErr w:type="spellStart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REcupero</w:t>
                            </w:r>
                            <w:proofErr w:type="spellEnd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e il Supporto agli Studenti nell’Innovazione</w:t>
                            </w:r>
                          </w:p>
                          <w:p w14:paraId="3E5FB9CD" w14:textId="77777777" w:rsidR="00492D5C" w:rsidRPr="0083342E" w:rsidRDefault="00492D5C" w:rsidP="00492D5C">
                            <w:pPr>
                              <w:pStyle w:val="Contenutocornice"/>
                              <w:spacing w:before="12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14:paraId="7967BB52" w14:textId="77777777" w:rsidR="00492D5C" w:rsidRPr="0083342E" w:rsidRDefault="00492D5C" w:rsidP="00492D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Anni </w:t>
                            </w:r>
                            <w:proofErr w:type="spellStart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Scolastici</w:t>
                            </w:r>
                            <w:proofErr w:type="spellEnd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2023-24/2024-25/2025-26</w:t>
                            </w:r>
                          </w:p>
                          <w:p w14:paraId="1B8A2E6E" w14:textId="77777777" w:rsidR="00492D5C" w:rsidRDefault="00492D5C" w:rsidP="00492D5C">
                            <w:pPr>
                              <w:spacing w:line="36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40"/>
                              </w:rPr>
                            </w:pPr>
                          </w:p>
                          <w:p w14:paraId="1F23EC55" w14:textId="77777777" w:rsidR="00492D5C" w:rsidRPr="00BB39F7" w:rsidRDefault="00492D5C" w:rsidP="00492D5C">
                            <w:pPr>
                              <w:spacing w:line="360" w:lineRule="auto"/>
                              <w:contextualSpacing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D0972" id="Rettangolo 12" o:spid="_x0000_s1026" style="position:absolute;left:0;text-align:left;margin-left:-.45pt;margin-top:16.15pt;width:503.6pt;height:12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" fillcolor="#32a3d0" stroked="f" strokeweight="2pt">
                <v:textbox>
                  <w:txbxContent>
                    <w:p w14:paraId="3E0CB39A" w14:textId="77777777" w:rsidR="00492D5C" w:rsidRPr="0083342E" w:rsidRDefault="00492D5C" w:rsidP="00492D5C">
                      <w:pPr>
                        <w:pStyle w:val="Contenutocornice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Avviso Pubblico</w:t>
                      </w:r>
                    </w:p>
                    <w:p w14:paraId="0852F4B7" w14:textId="77777777" w:rsidR="00492D5C" w:rsidRPr="0083342E" w:rsidRDefault="00492D5C" w:rsidP="00492D5C">
                      <w:pPr>
                        <w:pStyle w:val="Contenutocornice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PROGRESSI</w:t>
                      </w:r>
                    </w:p>
                    <w:p w14:paraId="7182B4D1" w14:textId="77777777" w:rsidR="00492D5C" w:rsidRPr="0083342E" w:rsidRDefault="00492D5C" w:rsidP="00492D5C">
                      <w:pPr>
                        <w:pStyle w:val="Contenutocornice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proofErr w:type="spellStart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PROGetti</w:t>
                      </w:r>
                      <w:proofErr w:type="spellEnd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per il </w:t>
                      </w:r>
                      <w:proofErr w:type="spellStart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REcupero</w:t>
                      </w:r>
                      <w:proofErr w:type="spellEnd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e il Supporto agli Studenti nell’Innovazione</w:t>
                      </w:r>
                    </w:p>
                    <w:p w14:paraId="3E5FB9CD" w14:textId="77777777" w:rsidR="00492D5C" w:rsidRPr="0083342E" w:rsidRDefault="00492D5C" w:rsidP="00492D5C">
                      <w:pPr>
                        <w:pStyle w:val="Contenutocornice"/>
                        <w:spacing w:before="120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</w:p>
                    <w:p w14:paraId="7967BB52" w14:textId="77777777" w:rsidR="00492D5C" w:rsidRPr="0083342E" w:rsidRDefault="00492D5C" w:rsidP="00492D5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Anni </w:t>
                      </w:r>
                      <w:proofErr w:type="spellStart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Scolastici</w:t>
                      </w:r>
                      <w:proofErr w:type="spellEnd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2023-24/2024-25/2025-26</w:t>
                      </w:r>
                    </w:p>
                    <w:p w14:paraId="1B8A2E6E" w14:textId="77777777" w:rsidR="00492D5C" w:rsidRDefault="00492D5C" w:rsidP="00492D5C">
                      <w:pPr>
                        <w:spacing w:line="36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40"/>
                        </w:rPr>
                      </w:pPr>
                    </w:p>
                    <w:p w14:paraId="1F23EC55" w14:textId="77777777" w:rsidR="00492D5C" w:rsidRPr="00BB39F7" w:rsidRDefault="00492D5C" w:rsidP="00492D5C">
                      <w:pPr>
                        <w:spacing w:line="360" w:lineRule="auto"/>
                        <w:contextualSpacing/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804"/>
      </w:tblGrid>
      <w:tr w:rsidR="00492D5C" w14:paraId="7743CFE8" w14:textId="77777777" w:rsidTr="001E073C">
        <w:tc>
          <w:tcPr>
            <w:tcW w:w="3256" w:type="dxa"/>
          </w:tcPr>
          <w:p w14:paraId="13BF32E7" w14:textId="20FAE371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  <w:t>Linea</w:t>
            </w:r>
          </w:p>
        </w:tc>
        <w:tc>
          <w:tcPr>
            <w:tcW w:w="6804" w:type="dxa"/>
          </w:tcPr>
          <w:p w14:paraId="29107421" w14:textId="406132F5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  <w:t>DIGITIAMO!</w:t>
            </w:r>
          </w:p>
        </w:tc>
      </w:tr>
      <w:tr w:rsidR="00492D5C" w14:paraId="5C9D1470" w14:textId="77777777" w:rsidTr="001E073C">
        <w:tc>
          <w:tcPr>
            <w:tcW w:w="3256" w:type="dxa"/>
          </w:tcPr>
          <w:p w14:paraId="7F8BE0C7" w14:textId="02044F5B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  <w:t>Titolo</w:t>
            </w:r>
          </w:p>
        </w:tc>
        <w:tc>
          <w:tcPr>
            <w:tcW w:w="6804" w:type="dxa"/>
          </w:tcPr>
          <w:p w14:paraId="343B28E8" w14:textId="41663058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  <w:t>DIGITIAMO CONSAPEVOLMENTE</w:t>
            </w:r>
          </w:p>
        </w:tc>
      </w:tr>
      <w:tr w:rsidR="00492D5C" w14:paraId="403A425A" w14:textId="77777777" w:rsidTr="001E073C">
        <w:tc>
          <w:tcPr>
            <w:tcW w:w="3256" w:type="dxa"/>
          </w:tcPr>
          <w:p w14:paraId="1125E375" w14:textId="38D822AD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  <w:t>Codice proposta progettuale</w:t>
            </w:r>
          </w:p>
        </w:tc>
        <w:tc>
          <w:tcPr>
            <w:tcW w:w="6804" w:type="dxa"/>
          </w:tcPr>
          <w:p w14:paraId="7593C004" w14:textId="674DCDDE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 w:rsidRPr="0054444B">
              <w:rPr>
                <w:rFonts w:ascii="Bookman Old Style" w:eastAsia="Times New Roman" w:hAnsi="Bookman Old Style" w:cs="Times New Roman"/>
                <w:b/>
                <w:bCs/>
                <w:sz w:val="20"/>
                <w:szCs w:val="20"/>
                <w:lang w:eastAsia="it-IT"/>
              </w:rPr>
              <w:t>CAIC88900X_DI_03</w:t>
            </w:r>
          </w:p>
        </w:tc>
      </w:tr>
      <w:tr w:rsidR="00492D5C" w14:paraId="711ECCD2" w14:textId="77777777" w:rsidTr="001E073C">
        <w:tc>
          <w:tcPr>
            <w:tcW w:w="3256" w:type="dxa"/>
          </w:tcPr>
          <w:p w14:paraId="16105BED" w14:textId="381B9722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  <w:t>CLP</w:t>
            </w:r>
          </w:p>
        </w:tc>
        <w:tc>
          <w:tcPr>
            <w:tcW w:w="6804" w:type="dxa"/>
          </w:tcPr>
          <w:p w14:paraId="0CA355CA" w14:textId="6881346C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 w:rsidRPr="0054444B">
              <w:rPr>
                <w:rFonts w:ascii="Bookman Old Style" w:eastAsia="Times New Roman" w:hAnsi="Bookman Old Style" w:cs="Times New Roman"/>
                <w:b/>
                <w:bCs/>
                <w:sz w:val="20"/>
                <w:szCs w:val="20"/>
                <w:lang w:eastAsia="it-IT"/>
              </w:rPr>
              <w:t>1102012145DI250061</w:t>
            </w:r>
          </w:p>
        </w:tc>
      </w:tr>
      <w:tr w:rsidR="00492D5C" w14:paraId="4870D99E" w14:textId="77777777" w:rsidTr="001E073C">
        <w:tc>
          <w:tcPr>
            <w:tcW w:w="3256" w:type="dxa"/>
          </w:tcPr>
          <w:p w14:paraId="45A47519" w14:textId="33F9C776" w:rsidR="00492D5C" w:rsidRDefault="001E073C" w:rsidP="001E073C">
            <w:pPr>
              <w:spacing w:line="320" w:lineRule="exact"/>
              <w:outlineLvl w:val="0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  <w:t>CUP</w:t>
            </w:r>
          </w:p>
        </w:tc>
        <w:tc>
          <w:tcPr>
            <w:tcW w:w="6804" w:type="dxa"/>
          </w:tcPr>
          <w:p w14:paraId="512D0DA2" w14:textId="4FA1E0BA" w:rsidR="00492D5C" w:rsidRDefault="001E073C" w:rsidP="001E073C">
            <w:pPr>
              <w:spacing w:line="320" w:lineRule="exact"/>
              <w:rPr>
                <w:rFonts w:ascii="Bookman Old Style" w:eastAsia="Times New Roman" w:hAnsi="Bookman Old Style" w:cs="Times New Roman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 w:rsidRPr="0054444B">
              <w:rPr>
                <w:rFonts w:ascii="Bookman Old Style" w:eastAsia="Times New Roman" w:hAnsi="Bookman Old Style" w:cs="Times New Roman"/>
                <w:b/>
                <w:bCs/>
                <w:sz w:val="20"/>
                <w:szCs w:val="20"/>
                <w:lang w:eastAsia="it-IT"/>
              </w:rPr>
              <w:t>J23C26000050002</w:t>
            </w:r>
          </w:p>
        </w:tc>
      </w:tr>
    </w:tbl>
    <w:p w14:paraId="3704DF0A" w14:textId="77777777" w:rsidR="00492D5C" w:rsidRPr="00EF0718" w:rsidRDefault="00492D5C" w:rsidP="00EF0718">
      <w:pPr>
        <w:spacing w:after="0" w:line="320" w:lineRule="exact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0"/>
          <w:szCs w:val="20"/>
          <w:lang w:val="it-IT" w:eastAsia="it-IT"/>
        </w:rPr>
      </w:pPr>
    </w:p>
    <w:p w14:paraId="0E8CE8F6" w14:textId="77777777" w:rsidR="00EF0718" w:rsidRPr="00EF0718" w:rsidRDefault="00EF0718" w:rsidP="00EF0718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32"/>
          <w:szCs w:val="32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32"/>
          <w:szCs w:val="32"/>
          <w:lang w:val="it-IT" w:eastAsia="it-IT"/>
        </w:rPr>
        <w:t>DOMANDA DI PARTECIPAZIONE</w:t>
      </w:r>
    </w:p>
    <w:p w14:paraId="5551B249" w14:textId="29A01202" w:rsidR="00EF0718" w:rsidRPr="00EF0718" w:rsidRDefault="00EF0718" w:rsidP="00EF0718">
      <w:pPr>
        <w:spacing w:after="0" w:line="320" w:lineRule="exact"/>
        <w:jc w:val="center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4FA4C4AE" w14:textId="77777777" w:rsidR="00BF3C81" w:rsidRDefault="00BF3C81" w:rsidP="00EF0718">
      <w:pPr>
        <w:spacing w:after="0" w:line="320" w:lineRule="exact"/>
        <w:jc w:val="right"/>
        <w:outlineLvl w:val="2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3A318C90" w14:textId="1DC5FDC2" w:rsidR="00EF0718" w:rsidRPr="00EF0718" w:rsidRDefault="00EF0718" w:rsidP="00EF0718">
      <w:pPr>
        <w:spacing w:after="0" w:line="320" w:lineRule="exact"/>
        <w:jc w:val="right"/>
        <w:outlineLvl w:val="2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Alla Dirigente Scolastica</w:t>
      </w:r>
    </w:p>
    <w:p w14:paraId="19EA3553" w14:textId="77777777" w:rsidR="00EF0718" w:rsidRPr="00EF0718" w:rsidRDefault="00EF0718" w:rsidP="00EF0718">
      <w:pPr>
        <w:spacing w:after="0" w:line="320" w:lineRule="exact"/>
        <w:jc w:val="righ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Istituto Comprensivo "P. Allori"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br/>
        <w:t>IGLESIAS</w:t>
      </w:r>
    </w:p>
    <w:p w14:paraId="490C6FCB" w14:textId="29B06515" w:rsidR="00EF0718" w:rsidRPr="00EF0718" w:rsidRDefault="00EF0718" w:rsidP="00EF0718">
      <w:pPr>
        <w:spacing w:after="0" w:line="320" w:lineRule="exact"/>
        <w:jc w:val="righ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3EF50DFE" w14:textId="17B13F5F" w:rsidR="00EF0718" w:rsidRPr="00EF0718" w:rsidRDefault="00EF0718" w:rsidP="00EF0718">
      <w:pPr>
        <w:spacing w:after="0" w:line="320" w:lineRule="exact"/>
        <w:jc w:val="both"/>
        <w:outlineLvl w:val="1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OGGETTO</w:t>
      </w:r>
      <w:r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 xml:space="preserve">: 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Domanda di parte</w:t>
      </w:r>
      <w:r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c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ipazione alla procedura comparativa per il conferimento di incarichi individuali nell'ambito del progetto </w:t>
      </w: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"DIGITIAMO CONSAPEVOLMENTE"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– PROGRESSI – Linea </w:t>
      </w:r>
      <w:proofErr w:type="gramStart"/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DIGITIAMO!.</w:t>
      </w:r>
      <w:proofErr w:type="gramEnd"/>
    </w:p>
    <w:p w14:paraId="5A26A91B" w14:textId="05D8D457" w:rsidR="00EF0718" w:rsidRPr="00EF0718" w:rsidRDefault="00EF0718" w:rsidP="00EF0718">
      <w:pPr>
        <w:spacing w:after="0" w:line="320" w:lineRule="exact"/>
        <w:jc w:val="both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183256DD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Il/La sottoscritto/a</w:t>
      </w:r>
    </w:p>
    <w:p w14:paraId="5E3B1EE5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Cognome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_______________________________________</w:t>
      </w:r>
    </w:p>
    <w:p w14:paraId="1D1D2364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Nome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___________________________________________</w:t>
      </w:r>
    </w:p>
    <w:p w14:paraId="01E371E6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nato/a </w:t>
      </w:r>
      <w:proofErr w:type="spellStart"/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a</w:t>
      </w:r>
      <w:proofErr w:type="spellEnd"/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__________________________ il ______________</w:t>
      </w:r>
    </w:p>
    <w:p w14:paraId="0D952B5F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Codice Fiscale _____________________________________</w:t>
      </w:r>
    </w:p>
    <w:p w14:paraId="2EAD9270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residente in _______________________________________</w:t>
      </w:r>
    </w:p>
    <w:p w14:paraId="53D7A2A3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Via ________________________________________________</w:t>
      </w:r>
    </w:p>
    <w:p w14:paraId="128719CA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CAP __________ Comune _______________________________</w:t>
      </w:r>
    </w:p>
    <w:p w14:paraId="63F5144D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Telefono ___________________________________________</w:t>
      </w:r>
    </w:p>
    <w:p w14:paraId="4C18B779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e-mail _____________________________________________</w:t>
      </w:r>
    </w:p>
    <w:p w14:paraId="6B436D34" w14:textId="77777777" w:rsid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PEC ________________________________________________</w:t>
      </w:r>
    </w:p>
    <w:p w14:paraId="5E60E763" w14:textId="77777777" w:rsidR="00E8295A" w:rsidRDefault="00E8295A" w:rsidP="003D0854">
      <w:pPr>
        <w:tabs>
          <w:tab w:val="left" w:pos="1030"/>
        </w:tabs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</w:p>
    <w:p w14:paraId="57807D31" w14:textId="21DE0B36" w:rsidR="00EF0718" w:rsidRPr="00EF0718" w:rsidRDefault="00EF0718" w:rsidP="003D0854">
      <w:pPr>
        <w:tabs>
          <w:tab w:val="left" w:pos="1030"/>
        </w:tabs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lastRenderedPageBreak/>
        <w:t>CHIEDE</w:t>
      </w:r>
    </w:p>
    <w:p w14:paraId="774F935E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di essere ammesso/a alla procedura comparativa per il conferimento del seguente incarico (barrare una sola casella):</w:t>
      </w:r>
    </w:p>
    <w:p w14:paraId="42D583CB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Esperto</w:t>
      </w:r>
    </w:p>
    <w:p w14:paraId="142DEC53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Psicologo</w:t>
      </w:r>
    </w:p>
    <w:p w14:paraId="5623A631" w14:textId="77777777" w:rsid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40CFDD02" w14:textId="1D8D708D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in qualità di:</w:t>
      </w:r>
    </w:p>
    <w:p w14:paraId="015E59B1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personale interno all'I.C. "P. Allori"</w:t>
      </w:r>
    </w:p>
    <w:p w14:paraId="1BA3851D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personale di altra Istituzione scolastica (collaborazione plurima)</w:t>
      </w:r>
    </w:p>
    <w:p w14:paraId="02344F85" w14:textId="74D618E5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esperto esterno</w:t>
      </w:r>
    </w:p>
    <w:p w14:paraId="2BDB57B7" w14:textId="077F126B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18C0DC61" w14:textId="33E147EC" w:rsidR="00EF0718" w:rsidRPr="00EF0718" w:rsidRDefault="00BF3C81" w:rsidP="00EF0718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A TAL FINE DICHIARA</w:t>
      </w:r>
    </w:p>
    <w:p w14:paraId="39D33800" w14:textId="77777777" w:rsidR="00EF0718" w:rsidRPr="00EF0718" w:rsidRDefault="00EF0718" w:rsidP="00EF0718">
      <w:pPr>
        <w:spacing w:after="0" w:line="320" w:lineRule="exact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ai sensi degli artt. 46 e 47 del DPR 445/2000, consapevole delle responsabilità penali previste dall'art. 76 del medesimo decreto in caso di dichiarazioni mendaci,</w:t>
      </w:r>
    </w:p>
    <w:p w14:paraId="35B3987B" w14:textId="77777777" w:rsidR="00BF3C81" w:rsidRDefault="00BF3C81" w:rsidP="00EF0718">
      <w:pPr>
        <w:spacing w:after="0" w:line="320" w:lineRule="exact"/>
        <w:outlineLvl w:val="2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</w:p>
    <w:p w14:paraId="77182BC4" w14:textId="2B7EACB0" w:rsidR="00EF0718" w:rsidRPr="00EF0718" w:rsidRDefault="00EF0718" w:rsidP="00EF0718">
      <w:pPr>
        <w:spacing w:after="0" w:line="320" w:lineRule="exact"/>
        <w:outlineLvl w:val="2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di:</w:t>
      </w:r>
    </w:p>
    <w:p w14:paraId="75540140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essere cittadino italiano</w:t>
      </w:r>
    </w:p>
    <w:p w14:paraId="32C0E89D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essere cittadino di altro Stato membro dell'Unione Europea</w:t>
      </w:r>
    </w:p>
    <w:p w14:paraId="2DA8AC53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godere dei diritti civili e politici</w:t>
      </w:r>
    </w:p>
    <w:p w14:paraId="3AE7A519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non aver riportato condanne penali incompatibili con l'incarico</w:t>
      </w:r>
    </w:p>
    <w:p w14:paraId="63B58BB8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non avere procedimenti penali in corso incompatibili con l'incarico</w:t>
      </w:r>
    </w:p>
    <w:p w14:paraId="46BDF14D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non essere stato destituito o dispensato da Pubbliche Amministrazioni</w:t>
      </w:r>
    </w:p>
    <w:p w14:paraId="7FDF008B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non trovarsi in alcuna situazione di incompatibilità o conflitto di interessi</w:t>
      </w:r>
    </w:p>
    <w:p w14:paraId="2924D214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possedere l'idoneità fisica allo svolgimento dell'incarico</w:t>
      </w:r>
    </w:p>
    <w:p w14:paraId="049C0D3B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possedere tutti i requisiti previsti dall'Avviso.</w:t>
      </w:r>
    </w:p>
    <w:p w14:paraId="71B43A3E" w14:textId="7F1A32CE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2A2B4400" w14:textId="77777777" w:rsidR="00EF0718" w:rsidRDefault="00EF0718" w:rsidP="00BF3C81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DICHIARA INOLTRE</w:t>
      </w:r>
    </w:p>
    <w:p w14:paraId="442DC8D7" w14:textId="77777777" w:rsidR="00BF3C81" w:rsidRPr="00EF0718" w:rsidRDefault="00BF3C81" w:rsidP="00BF3C81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</w:p>
    <w:p w14:paraId="58DC87FE" w14:textId="5EA325B2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di essere in possesso del seguente titolo di accesso</w:t>
      </w:r>
      <w:r w:rsidR="00BF3C81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: ___________________________________________________</w:t>
      </w:r>
    </w:p>
    <w:p w14:paraId="5CAC6236" w14:textId="7A8E3BAD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conseguito presso</w:t>
      </w:r>
      <w:r w:rsidR="00BF3C81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: _________________________________________________________________________</w:t>
      </w:r>
    </w:p>
    <w:p w14:paraId="32D3FD72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in data ______________________</w:t>
      </w:r>
    </w:p>
    <w:p w14:paraId="09AEC659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con votazione _________________________________</w:t>
      </w:r>
    </w:p>
    <w:p w14:paraId="10FC0632" w14:textId="3D94602C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2F86790B" w14:textId="77777777" w:rsidR="00EF0718" w:rsidRPr="00EF0718" w:rsidRDefault="00EF0718" w:rsidP="00BF3C81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DICHIARA</w:t>
      </w:r>
    </w:p>
    <w:p w14:paraId="6AFCE395" w14:textId="77777777" w:rsidR="00BF3C81" w:rsidRDefault="00BF3C81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54DE5C68" w14:textId="344C3793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di aver preso visione integrale dell'Avviso;</w:t>
      </w:r>
    </w:p>
    <w:p w14:paraId="718BF192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di accettarne senza riserva tutte le condizioni;</w:t>
      </w:r>
    </w:p>
    <w:p w14:paraId="20BF6E8B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di impegnarsi a svolgere l'incarico secondo le modalità previste;</w:t>
      </w:r>
    </w:p>
    <w:p w14:paraId="6B0091C0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di autorizzare il trattamento dei dati personali ai sensi del GDPR.</w:t>
      </w:r>
    </w:p>
    <w:p w14:paraId="0FE468FD" w14:textId="003A4970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489C7DAA" w14:textId="77777777" w:rsidR="00EF0718" w:rsidRPr="00EF0718" w:rsidRDefault="00EF0718" w:rsidP="00BF3C81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ALLEGA</w:t>
      </w:r>
    </w:p>
    <w:p w14:paraId="22B5D229" w14:textId="77777777" w:rsidR="00BF3C81" w:rsidRDefault="00BF3C81" w:rsidP="00EF0718">
      <w:pPr>
        <w:spacing w:after="0" w:line="320" w:lineRule="exact"/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</w:pPr>
    </w:p>
    <w:p w14:paraId="368DAEBC" w14:textId="0D7D8075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Curriculum Vitae europeo datato e firmato</w:t>
      </w:r>
    </w:p>
    <w:p w14:paraId="7475432D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Copia documento di identità</w:t>
      </w:r>
    </w:p>
    <w:p w14:paraId="519F103B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Allegato B – Scheda di autovalutazione</w:t>
      </w:r>
    </w:p>
    <w:p w14:paraId="5E3E7D13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Allegato C – Dichiarazione incompatibilità</w:t>
      </w:r>
    </w:p>
    <w:p w14:paraId="1E513359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ogni altro titolo ritenuto utile</w:t>
      </w:r>
    </w:p>
    <w:p w14:paraId="2C2B90F6" w14:textId="571FEBCF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1E64E69D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Luogo _______________________</w:t>
      </w:r>
    </w:p>
    <w:p w14:paraId="03DF614D" w14:textId="77777777" w:rsidR="000C002C" w:rsidRDefault="000C002C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1FEFE62F" w14:textId="2ACFE05F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Data ________________________</w:t>
      </w:r>
    </w:p>
    <w:p w14:paraId="298E369C" w14:textId="77777777" w:rsidR="00BF3C81" w:rsidRDefault="00BF3C81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515E680C" w14:textId="59E6C8ED" w:rsidR="00EF0718" w:rsidRPr="00EF0718" w:rsidRDefault="00EF0718" w:rsidP="00E8295A">
      <w:pPr>
        <w:spacing w:after="0" w:line="320" w:lineRule="exact"/>
        <w:ind w:left="4320" w:firstLine="720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Firma</w:t>
      </w:r>
      <w:r w:rsidR="00E8295A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</w:t>
      </w:r>
      <w:bookmarkStart w:id="0" w:name="_Hlk236322539"/>
      <w:r w:rsidR="00E8295A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___________________________________</w:t>
      </w:r>
      <w:bookmarkEnd w:id="0"/>
    </w:p>
    <w:p w14:paraId="2DCA7F6F" w14:textId="64910A4A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0FD2493C" w14:textId="4E86AECD" w:rsidR="00EF0718" w:rsidRPr="00EF0718" w:rsidRDefault="00EF0718" w:rsidP="00BF3C81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DICHIARAZIONE TITOLI PRESENTATI</w:t>
      </w:r>
    </w:p>
    <w:p w14:paraId="3DFC2753" w14:textId="77777777" w:rsidR="00BF3C81" w:rsidRDefault="00BF3C81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11504A35" w14:textId="4FD1C840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Il sottoscritto dichiara che tutti i titoli, le esperienze professionali e le attività riportate nel curriculum vitae:</w:t>
      </w:r>
    </w:p>
    <w:p w14:paraId="503B8AB3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sono veritieri;</w:t>
      </w:r>
    </w:p>
    <w:p w14:paraId="1744DEC1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sono documentabili a richiesta dell'Amministrazione;</w:t>
      </w:r>
    </w:p>
    <w:p w14:paraId="482250E7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sono valutabili ai sensi dell'Avviso.</w:t>
      </w:r>
    </w:p>
    <w:p w14:paraId="343EE02D" w14:textId="77777777" w:rsidR="00BF3C81" w:rsidRDefault="00BF3C81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67868FFF" w14:textId="6473533B" w:rsidR="00EF0718" w:rsidRPr="00EF0718" w:rsidRDefault="00E8295A" w:rsidP="00E8295A">
      <w:pPr>
        <w:spacing w:after="0" w:line="320" w:lineRule="exact"/>
        <w:ind w:left="4320" w:firstLine="720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</w:t>
      </w:r>
      <w:r w:rsidR="00EF0718"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Firma</w:t>
      </w:r>
      <w:r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</w:t>
      </w:r>
      <w:r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___________________________________</w:t>
      </w:r>
    </w:p>
    <w:p w14:paraId="304F20ED" w14:textId="6B2AE6CD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66AEDE2A" w14:textId="67E5391C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2824BCAC" w14:textId="77777777" w:rsidR="00EF0718" w:rsidRDefault="00EF0718" w:rsidP="00BF3C81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  <w:t>DICHIARAZIONE PER PERSONALE DI ALTRA AMMINISTRAZIONE</w:t>
      </w:r>
    </w:p>
    <w:p w14:paraId="420F75DF" w14:textId="77777777" w:rsidR="00BF3C81" w:rsidRPr="00EF0718" w:rsidRDefault="00BF3C81" w:rsidP="00BF3C81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  <w:lang w:val="it-IT" w:eastAsia="it-IT"/>
        </w:rPr>
      </w:pPr>
    </w:p>
    <w:p w14:paraId="2466DB51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(da compilare solo in caso di collaborazione plurima)</w:t>
      </w:r>
    </w:p>
    <w:p w14:paraId="18F87B2F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Il sottoscritto dichiara:</w:t>
      </w:r>
    </w:p>
    <w:p w14:paraId="0F9A7BDD" w14:textId="610DE40F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di essere dipendente della seguente Amministrazione</w:t>
      </w:r>
      <w:r w:rsidR="00BF3C81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: </w:t>
      </w:r>
    </w:p>
    <w:p w14:paraId="5CB1AAB2" w14:textId="77777777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di impegnarsi a produrre l'autorizzazione del Dirigente scolastico prima della sottoscrizione dell'incarico.</w:t>
      </w:r>
    </w:p>
    <w:p w14:paraId="6AE5D5E2" w14:textId="77777777" w:rsidR="00BF3C81" w:rsidRDefault="00BF3C81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26EE5E16" w14:textId="1D4DA1DC" w:rsidR="00EF0718" w:rsidRPr="00EF0718" w:rsidRDefault="00EF0718" w:rsidP="00E8295A">
      <w:pPr>
        <w:spacing w:after="0" w:line="320" w:lineRule="exact"/>
        <w:ind w:left="4320" w:firstLine="720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  <w:r w:rsidRPr="00EF0718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Firma</w:t>
      </w:r>
      <w:r w:rsidR="00E8295A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 xml:space="preserve"> </w:t>
      </w:r>
      <w:r w:rsidR="00E8295A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___________________________________</w:t>
      </w:r>
    </w:p>
    <w:p w14:paraId="219C294B" w14:textId="0E4B31D2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7EE8D7AB" w14:textId="75C2FC5C" w:rsidR="00EF0718" w:rsidRPr="00EF0718" w:rsidRDefault="00EF0718" w:rsidP="00EF0718">
      <w:pPr>
        <w:spacing w:after="0" w:line="320" w:lineRule="exact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7B802B2B" w14:textId="06B6959B" w:rsidR="0004793D" w:rsidRPr="00EF0718" w:rsidRDefault="0004793D" w:rsidP="00EF0718">
      <w:pPr>
        <w:spacing w:after="0" w:line="320" w:lineRule="exact"/>
        <w:rPr>
          <w:rFonts w:ascii="Bookman Old Style" w:hAnsi="Bookman Old Style"/>
          <w:sz w:val="20"/>
          <w:szCs w:val="20"/>
        </w:rPr>
      </w:pPr>
    </w:p>
    <w:sectPr w:rsidR="0004793D" w:rsidRPr="00EF0718" w:rsidSect="003D0854">
      <w:footerReference w:type="default" r:id="rId8"/>
      <w:pgSz w:w="12240" w:h="15840"/>
      <w:pgMar w:top="1134" w:right="758" w:bottom="1440" w:left="1134" w:header="720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85E09" w14:textId="77777777" w:rsidR="001F08BF" w:rsidRDefault="001F08BF" w:rsidP="003D0854">
      <w:pPr>
        <w:spacing w:after="0" w:line="240" w:lineRule="auto"/>
      </w:pPr>
      <w:r>
        <w:separator/>
      </w:r>
    </w:p>
  </w:endnote>
  <w:endnote w:type="continuationSeparator" w:id="0">
    <w:p w14:paraId="5183FC7B" w14:textId="77777777" w:rsidR="001F08BF" w:rsidRDefault="001F08BF" w:rsidP="003D0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364E0" w14:textId="2352E2EB" w:rsidR="003D0854" w:rsidRDefault="003D0854">
    <w:pPr>
      <w:pStyle w:val="Pidipagina"/>
    </w:pPr>
    <w:r>
      <w:rPr>
        <w:rFonts w:ascii="Monotype Corsiva" w:hAnsi="Monotype Corsiva"/>
        <w:noProof/>
        <w:sz w:val="32"/>
        <w:szCs w:val="32"/>
      </w:rPr>
      <w:drawing>
        <wp:inline distT="0" distB="0" distL="0" distR="0" wp14:anchorId="697C560A" wp14:editId="61FDA508">
          <wp:extent cx="6187440" cy="989235"/>
          <wp:effectExtent l="0" t="0" r="3810" b="1905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2394" cy="1001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24910B" w14:textId="77777777" w:rsidR="003D0854" w:rsidRDefault="003D08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98E54" w14:textId="77777777" w:rsidR="001F08BF" w:rsidRDefault="001F08BF" w:rsidP="003D0854">
      <w:pPr>
        <w:spacing w:after="0" w:line="240" w:lineRule="auto"/>
      </w:pPr>
      <w:r>
        <w:separator/>
      </w:r>
    </w:p>
  </w:footnote>
  <w:footnote w:type="continuationSeparator" w:id="0">
    <w:p w14:paraId="76D45D7A" w14:textId="77777777" w:rsidR="001F08BF" w:rsidRDefault="001F08BF" w:rsidP="003D0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4155001">
    <w:abstractNumId w:val="8"/>
  </w:num>
  <w:num w:numId="2" w16cid:durableId="53701040">
    <w:abstractNumId w:val="6"/>
  </w:num>
  <w:num w:numId="3" w16cid:durableId="737705526">
    <w:abstractNumId w:val="5"/>
  </w:num>
  <w:num w:numId="4" w16cid:durableId="72821874">
    <w:abstractNumId w:val="4"/>
  </w:num>
  <w:num w:numId="5" w16cid:durableId="1129780811">
    <w:abstractNumId w:val="7"/>
  </w:num>
  <w:num w:numId="6" w16cid:durableId="594634456">
    <w:abstractNumId w:val="3"/>
  </w:num>
  <w:num w:numId="7" w16cid:durableId="731200832">
    <w:abstractNumId w:val="2"/>
  </w:num>
  <w:num w:numId="8" w16cid:durableId="852648529">
    <w:abstractNumId w:val="1"/>
  </w:num>
  <w:num w:numId="9" w16cid:durableId="1026294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475"/>
    <w:rsid w:val="00034616"/>
    <w:rsid w:val="0004793D"/>
    <w:rsid w:val="0006063C"/>
    <w:rsid w:val="000C002C"/>
    <w:rsid w:val="0015074B"/>
    <w:rsid w:val="001E073C"/>
    <w:rsid w:val="001F08BF"/>
    <w:rsid w:val="0029639D"/>
    <w:rsid w:val="00326F90"/>
    <w:rsid w:val="003D0854"/>
    <w:rsid w:val="00492D5C"/>
    <w:rsid w:val="00941914"/>
    <w:rsid w:val="00AA1D8D"/>
    <w:rsid w:val="00AB3EB0"/>
    <w:rsid w:val="00B47730"/>
    <w:rsid w:val="00BF3C81"/>
    <w:rsid w:val="00CB0664"/>
    <w:rsid w:val="00D77BD7"/>
    <w:rsid w:val="00E8295A"/>
    <w:rsid w:val="00EF07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079B12"/>
  <w14:defaultImageDpi w14:val="330"/>
  <w15:docId w15:val="{86A65557-0449-40B7-91A2-E7E75B3D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enutocornice">
    <w:name w:val="Contenuto cornice"/>
    <w:basedOn w:val="Normale"/>
    <w:qFormat/>
    <w:rsid w:val="00492D5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445</Words>
  <Characters>3060</Characters>
  <Application>Microsoft Office Word</Application>
  <DocSecurity>0</DocSecurity>
  <Lines>87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Giovanna Carta</cp:lastModifiedBy>
  <cp:revision>11</cp:revision>
  <dcterms:created xsi:type="dcterms:W3CDTF">2026-07-30T10:25:00Z</dcterms:created>
  <dcterms:modified xsi:type="dcterms:W3CDTF">2026-07-30T15:34:00Z</dcterms:modified>
  <cp:category/>
</cp:coreProperties>
</file>