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057A9" w14:textId="77777777" w:rsidR="00E42A5A" w:rsidRPr="0087794E" w:rsidRDefault="00000000" w:rsidP="0087794E">
      <w:pPr>
        <w:pStyle w:val="Titolo1"/>
        <w:jc w:val="center"/>
        <w:rPr>
          <w:rFonts w:ascii="Bookman Old Style" w:hAnsi="Bookman Old Style"/>
          <w:color w:val="auto"/>
          <w:sz w:val="24"/>
          <w:szCs w:val="24"/>
        </w:rPr>
      </w:pPr>
      <w:r w:rsidRPr="0087794E">
        <w:rPr>
          <w:rFonts w:ascii="Bookman Old Style" w:hAnsi="Bookman Old Style"/>
          <w:color w:val="auto"/>
          <w:sz w:val="24"/>
          <w:szCs w:val="24"/>
        </w:rPr>
        <w:t>ALLEGATO B</w:t>
      </w:r>
    </w:p>
    <w:p w14:paraId="28DFBE32" w14:textId="4E56952B" w:rsidR="00E42A5A" w:rsidRPr="0087794E" w:rsidRDefault="007637C7" w:rsidP="0087794E">
      <w:pPr>
        <w:pStyle w:val="Titolo2"/>
        <w:jc w:val="center"/>
        <w:rPr>
          <w:rFonts w:ascii="Bookman Old Style" w:hAnsi="Bookman Old Style"/>
          <w:color w:val="auto"/>
          <w:sz w:val="32"/>
          <w:szCs w:val="32"/>
        </w:rPr>
      </w:pPr>
      <w:r>
        <w:rPr>
          <w:rFonts w:ascii="Bookman Old Style" w:hAnsi="Bookman Old Style"/>
          <w:color w:val="auto"/>
          <w:sz w:val="32"/>
          <w:szCs w:val="32"/>
        </w:rPr>
        <w:t>SC</w:t>
      </w:r>
      <w:r w:rsidR="00FD6212">
        <w:rPr>
          <w:rFonts w:ascii="Bookman Old Style" w:hAnsi="Bookman Old Style"/>
          <w:color w:val="auto"/>
          <w:sz w:val="32"/>
          <w:szCs w:val="32"/>
        </w:rPr>
        <w:t>HE</w:t>
      </w:r>
      <w:r>
        <w:rPr>
          <w:rFonts w:ascii="Bookman Old Style" w:hAnsi="Bookman Old Style"/>
          <w:color w:val="auto"/>
          <w:sz w:val="32"/>
          <w:szCs w:val="32"/>
        </w:rPr>
        <w:t>DA</w:t>
      </w:r>
      <w:r w:rsidRPr="0087794E">
        <w:rPr>
          <w:rFonts w:ascii="Bookman Old Style" w:hAnsi="Bookman Old Style"/>
          <w:color w:val="auto"/>
          <w:sz w:val="32"/>
          <w:szCs w:val="32"/>
        </w:rPr>
        <w:t xml:space="preserve"> DI VALUTAZIONE DEI TITOLI</w:t>
      </w:r>
    </w:p>
    <w:p w14:paraId="2A9048CD" w14:textId="77777777" w:rsidR="00E42A5A" w:rsidRPr="00F607FA" w:rsidRDefault="00000000" w:rsidP="0087794E">
      <w:pPr>
        <w:jc w:val="center"/>
        <w:rPr>
          <w:rFonts w:ascii="Bookman Old Style" w:hAnsi="Bookman Old Style"/>
          <w:sz w:val="20"/>
          <w:szCs w:val="20"/>
          <w:lang w:val="it-IT"/>
        </w:rPr>
      </w:pPr>
      <w:r w:rsidRPr="00F607FA">
        <w:rPr>
          <w:rFonts w:ascii="Bookman Old Style" w:hAnsi="Bookman Old Style"/>
          <w:sz w:val="20"/>
          <w:szCs w:val="20"/>
          <w:lang w:val="it-IT"/>
        </w:rPr>
        <w:t>Avviso pubblico PROGRESSI – Linea DIGITIAMO!</w:t>
      </w:r>
      <w:r w:rsidRPr="00F607FA">
        <w:rPr>
          <w:rFonts w:ascii="Bookman Old Style" w:hAnsi="Bookman Old Style"/>
          <w:sz w:val="20"/>
          <w:szCs w:val="20"/>
          <w:lang w:val="it-IT"/>
        </w:rPr>
        <w:br/>
        <w:t>Progetto "DIGITIAMO CONSAPEVOLMENTE"</w:t>
      </w:r>
      <w:r w:rsidRPr="00F607FA">
        <w:rPr>
          <w:rFonts w:ascii="Bookman Old Style" w:hAnsi="Bookman Old Style"/>
          <w:sz w:val="20"/>
          <w:szCs w:val="20"/>
          <w:lang w:val="it-IT"/>
        </w:rPr>
        <w:br/>
      </w:r>
    </w:p>
    <w:p w14:paraId="7C45A2A2" w14:textId="77777777" w:rsidR="00E42A5A" w:rsidRPr="00F607FA" w:rsidRDefault="00000000">
      <w:pPr>
        <w:pStyle w:val="Titolo2"/>
        <w:rPr>
          <w:rFonts w:ascii="Bookman Old Style" w:hAnsi="Bookman Old Style"/>
          <w:sz w:val="20"/>
          <w:szCs w:val="20"/>
          <w:lang w:val="it-IT"/>
        </w:rPr>
      </w:pPr>
      <w:r w:rsidRPr="00F607FA">
        <w:rPr>
          <w:rFonts w:ascii="Bookman Old Style" w:hAnsi="Bookman Old Style"/>
          <w:sz w:val="20"/>
          <w:szCs w:val="20"/>
          <w:lang w:val="it-IT"/>
        </w:rPr>
        <w:t>INCARICO 1 – ESPERTO (MAX 100 PUNTI)</w:t>
      </w:r>
    </w:p>
    <w:tbl>
      <w:tblPr>
        <w:tblStyle w:val="Grigliatabella"/>
        <w:tblW w:w="9674" w:type="dxa"/>
        <w:tblInd w:w="-147" w:type="dxa"/>
        <w:tblLook w:val="04A0" w:firstRow="1" w:lastRow="0" w:firstColumn="1" w:lastColumn="0" w:noHBand="0" w:noVBand="1"/>
      </w:tblPr>
      <w:tblGrid>
        <w:gridCol w:w="2922"/>
        <w:gridCol w:w="3466"/>
        <w:gridCol w:w="1718"/>
        <w:gridCol w:w="1568"/>
      </w:tblGrid>
      <w:tr w:rsidR="0087794E" w:rsidRPr="00F607FA" w14:paraId="787DC225" w14:textId="77777777" w:rsidTr="0087794E">
        <w:trPr>
          <w:trHeight w:val="493"/>
        </w:trPr>
        <w:tc>
          <w:tcPr>
            <w:tcW w:w="3018" w:type="dxa"/>
          </w:tcPr>
          <w:p w14:paraId="2CC4270E" w14:textId="77777777" w:rsidR="0087794E" w:rsidRPr="00F607FA" w:rsidRDefault="0087794E" w:rsidP="0088378B">
            <w:pPr>
              <w:rPr>
                <w:rFonts w:ascii="Bookman Old Style" w:hAnsi="Bookman Old Style"/>
                <w:b/>
                <w:bCs/>
                <w:sz w:val="18"/>
                <w:szCs w:val="18"/>
                <w:lang w:val="it-IT"/>
              </w:rPr>
            </w:pPr>
            <w:r w:rsidRPr="00F607FA">
              <w:rPr>
                <w:rFonts w:ascii="Bookman Old Style" w:hAnsi="Bookman Old Style"/>
                <w:b/>
                <w:bCs/>
                <w:sz w:val="18"/>
                <w:szCs w:val="18"/>
                <w:lang w:val="it-IT"/>
              </w:rPr>
              <w:t>Titolo/Esperienza</w:t>
            </w:r>
          </w:p>
        </w:tc>
        <w:tc>
          <w:tcPr>
            <w:tcW w:w="3580" w:type="dxa"/>
          </w:tcPr>
          <w:p w14:paraId="7C1B0BDD" w14:textId="77777777" w:rsidR="0087794E" w:rsidRPr="00F607FA" w:rsidRDefault="0087794E" w:rsidP="0088378B">
            <w:pPr>
              <w:rPr>
                <w:rFonts w:ascii="Bookman Old Style" w:hAnsi="Bookman Old Style"/>
                <w:b/>
                <w:bCs/>
                <w:sz w:val="18"/>
                <w:szCs w:val="18"/>
                <w:lang w:val="it-IT"/>
              </w:rPr>
            </w:pPr>
            <w:r w:rsidRPr="00F607FA">
              <w:rPr>
                <w:rFonts w:ascii="Bookman Old Style" w:hAnsi="Bookman Old Style"/>
                <w:b/>
                <w:bCs/>
                <w:sz w:val="18"/>
                <w:szCs w:val="18"/>
                <w:lang w:val="it-IT"/>
              </w:rPr>
              <w:t>Criterio di attribuzione</w:t>
            </w:r>
          </w:p>
        </w:tc>
        <w:tc>
          <w:tcPr>
            <w:tcW w:w="1482" w:type="dxa"/>
          </w:tcPr>
          <w:p w14:paraId="34A31DF0" w14:textId="3A6E9F55" w:rsidR="0087794E" w:rsidRPr="00F607FA" w:rsidRDefault="00C13A55" w:rsidP="0088378B">
            <w:pPr>
              <w:rPr>
                <w:rFonts w:ascii="Bookman Old Style" w:hAnsi="Bookman Old Style"/>
                <w:b/>
                <w:bCs/>
                <w:sz w:val="18"/>
                <w:szCs w:val="18"/>
                <w:lang w:val="it-IT"/>
              </w:rPr>
            </w:pPr>
            <w:r w:rsidRPr="00F607FA">
              <w:rPr>
                <w:rFonts w:ascii="Bookman Old Style" w:hAnsi="Bookman Old Style"/>
                <w:b/>
                <w:bCs/>
                <w:sz w:val="18"/>
                <w:szCs w:val="18"/>
                <w:lang w:val="it-IT"/>
              </w:rPr>
              <w:t>Punti autovalutazione</w:t>
            </w:r>
          </w:p>
        </w:tc>
        <w:tc>
          <w:tcPr>
            <w:tcW w:w="1594" w:type="dxa"/>
          </w:tcPr>
          <w:p w14:paraId="70C05561" w14:textId="77777777" w:rsidR="0087794E" w:rsidRPr="00F607FA" w:rsidRDefault="0087794E" w:rsidP="0088378B">
            <w:pPr>
              <w:rPr>
                <w:rFonts w:ascii="Bookman Old Style" w:hAnsi="Bookman Old Style"/>
                <w:b/>
                <w:bCs/>
                <w:sz w:val="18"/>
                <w:szCs w:val="18"/>
                <w:lang w:val="it-IT"/>
              </w:rPr>
            </w:pPr>
            <w:r w:rsidRPr="00F607FA">
              <w:rPr>
                <w:rFonts w:ascii="Bookman Old Style" w:hAnsi="Bookman Old Style"/>
                <w:b/>
                <w:bCs/>
                <w:sz w:val="18"/>
                <w:szCs w:val="18"/>
                <w:lang w:val="it-IT"/>
              </w:rPr>
              <w:t>Punti Commissione</w:t>
            </w:r>
          </w:p>
        </w:tc>
      </w:tr>
      <w:tr w:rsidR="0087794E" w:rsidRPr="00F607FA" w14:paraId="6F2D31F8" w14:textId="77777777" w:rsidTr="0087794E">
        <w:trPr>
          <w:trHeight w:val="493"/>
        </w:trPr>
        <w:tc>
          <w:tcPr>
            <w:tcW w:w="3018" w:type="dxa"/>
          </w:tcPr>
          <w:p w14:paraId="0B8E092B" w14:textId="77777777" w:rsidR="0087794E" w:rsidRPr="00F607FA" w:rsidRDefault="0087794E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  <w:r w:rsidRPr="00F607FA">
              <w:rPr>
                <w:rFonts w:ascii="Bookman Old Style" w:hAnsi="Bookman Old Style"/>
                <w:sz w:val="18"/>
                <w:szCs w:val="18"/>
                <w:lang w:val="it-IT"/>
              </w:rPr>
              <w:t>LAUREA</w:t>
            </w:r>
          </w:p>
        </w:tc>
        <w:tc>
          <w:tcPr>
            <w:tcW w:w="3580" w:type="dxa"/>
          </w:tcPr>
          <w:p w14:paraId="630276AF" w14:textId="77777777" w:rsidR="0087794E" w:rsidRPr="00F607FA" w:rsidRDefault="0087794E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  <w:r w:rsidRPr="00F607FA">
              <w:rPr>
                <w:rFonts w:ascii="Bookman Old Style" w:hAnsi="Bookman Old Style"/>
                <w:sz w:val="18"/>
                <w:szCs w:val="18"/>
                <w:lang w:val="it-IT"/>
              </w:rPr>
              <w:t>110L=10; 106-110=8; 100-105=6; &lt;100=4</w:t>
            </w:r>
          </w:p>
        </w:tc>
        <w:tc>
          <w:tcPr>
            <w:tcW w:w="1482" w:type="dxa"/>
          </w:tcPr>
          <w:p w14:paraId="708FFD06" w14:textId="40E35273" w:rsidR="0087794E" w:rsidRPr="00F607FA" w:rsidRDefault="0087794E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</w:p>
        </w:tc>
        <w:tc>
          <w:tcPr>
            <w:tcW w:w="1594" w:type="dxa"/>
          </w:tcPr>
          <w:p w14:paraId="5EEACD22" w14:textId="77777777" w:rsidR="0087794E" w:rsidRPr="00F607FA" w:rsidRDefault="0087794E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</w:p>
        </w:tc>
      </w:tr>
      <w:tr w:rsidR="0087794E" w:rsidRPr="00F607FA" w14:paraId="2C91776A" w14:textId="77777777" w:rsidTr="0087794E">
        <w:trPr>
          <w:trHeight w:val="374"/>
        </w:trPr>
        <w:tc>
          <w:tcPr>
            <w:tcW w:w="3018" w:type="dxa"/>
          </w:tcPr>
          <w:p w14:paraId="33E2DC53" w14:textId="77777777" w:rsidR="0087794E" w:rsidRPr="00F607FA" w:rsidRDefault="0087794E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  <w:r w:rsidRPr="00F607FA">
              <w:rPr>
                <w:rFonts w:ascii="Bookman Old Style" w:hAnsi="Bookman Old Style"/>
                <w:sz w:val="18"/>
                <w:szCs w:val="18"/>
                <w:lang w:val="it-IT"/>
              </w:rPr>
              <w:t>Master universitario</w:t>
            </w:r>
          </w:p>
        </w:tc>
        <w:tc>
          <w:tcPr>
            <w:tcW w:w="3580" w:type="dxa"/>
          </w:tcPr>
          <w:p w14:paraId="212B1EEA" w14:textId="77777777" w:rsidR="0087794E" w:rsidRPr="00F607FA" w:rsidRDefault="0087794E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  <w:r w:rsidRPr="00F607FA">
              <w:rPr>
                <w:rFonts w:ascii="Bookman Old Style" w:hAnsi="Bookman Old Style"/>
                <w:sz w:val="18"/>
                <w:szCs w:val="18"/>
                <w:lang w:val="it-IT"/>
              </w:rPr>
              <w:t>2 punti ciascuno</w:t>
            </w:r>
          </w:p>
        </w:tc>
        <w:tc>
          <w:tcPr>
            <w:tcW w:w="1482" w:type="dxa"/>
          </w:tcPr>
          <w:p w14:paraId="0E4DCAC8" w14:textId="6BDEE60F" w:rsidR="0087794E" w:rsidRPr="00F607FA" w:rsidRDefault="0087794E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</w:p>
        </w:tc>
        <w:tc>
          <w:tcPr>
            <w:tcW w:w="1594" w:type="dxa"/>
          </w:tcPr>
          <w:p w14:paraId="596910FA" w14:textId="77777777" w:rsidR="0087794E" w:rsidRPr="00F607FA" w:rsidRDefault="0087794E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</w:p>
        </w:tc>
      </w:tr>
      <w:tr w:rsidR="0087794E" w:rsidRPr="00F607FA" w14:paraId="72A57446" w14:textId="77777777" w:rsidTr="0087794E">
        <w:trPr>
          <w:trHeight w:val="408"/>
        </w:trPr>
        <w:tc>
          <w:tcPr>
            <w:tcW w:w="3018" w:type="dxa"/>
          </w:tcPr>
          <w:p w14:paraId="639EF9F8" w14:textId="77777777" w:rsidR="0087794E" w:rsidRPr="00F607FA" w:rsidRDefault="0087794E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  <w:r w:rsidRPr="00F607FA">
              <w:rPr>
                <w:rFonts w:ascii="Bookman Old Style" w:hAnsi="Bookman Old Style"/>
                <w:sz w:val="18"/>
                <w:szCs w:val="18"/>
                <w:lang w:val="it-IT"/>
              </w:rPr>
              <w:t>Dottorato/Specializzazione</w:t>
            </w:r>
          </w:p>
        </w:tc>
        <w:tc>
          <w:tcPr>
            <w:tcW w:w="3580" w:type="dxa"/>
          </w:tcPr>
          <w:p w14:paraId="64E87E7A" w14:textId="77777777" w:rsidR="0087794E" w:rsidRPr="00F607FA" w:rsidRDefault="0087794E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  <w:r w:rsidRPr="00F607FA">
              <w:rPr>
                <w:rFonts w:ascii="Bookman Old Style" w:hAnsi="Bookman Old Style"/>
                <w:sz w:val="18"/>
                <w:szCs w:val="18"/>
                <w:lang w:val="it-IT"/>
              </w:rPr>
              <w:t>4 punti ciascuno</w:t>
            </w:r>
          </w:p>
        </w:tc>
        <w:tc>
          <w:tcPr>
            <w:tcW w:w="1482" w:type="dxa"/>
          </w:tcPr>
          <w:p w14:paraId="4648F0ED" w14:textId="612CB6F2" w:rsidR="0087794E" w:rsidRPr="00F607FA" w:rsidRDefault="0087794E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</w:p>
        </w:tc>
        <w:tc>
          <w:tcPr>
            <w:tcW w:w="1594" w:type="dxa"/>
          </w:tcPr>
          <w:p w14:paraId="774F8F6F" w14:textId="77777777" w:rsidR="0087794E" w:rsidRPr="00F607FA" w:rsidRDefault="0087794E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</w:p>
        </w:tc>
      </w:tr>
      <w:tr w:rsidR="0087794E" w:rsidRPr="00F607FA" w14:paraId="69F2AB5D" w14:textId="77777777" w:rsidTr="0087794E">
        <w:trPr>
          <w:trHeight w:val="493"/>
        </w:trPr>
        <w:tc>
          <w:tcPr>
            <w:tcW w:w="3018" w:type="dxa"/>
          </w:tcPr>
          <w:p w14:paraId="506A8515" w14:textId="77777777" w:rsidR="0087794E" w:rsidRPr="00F607FA" w:rsidRDefault="0087794E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  <w:r w:rsidRPr="00F607FA">
              <w:rPr>
                <w:rFonts w:ascii="Bookman Old Style" w:hAnsi="Bookman Old Style"/>
                <w:sz w:val="18"/>
                <w:szCs w:val="18"/>
                <w:lang w:val="it-IT"/>
              </w:rPr>
              <w:t>Certificazioni digitali</w:t>
            </w:r>
          </w:p>
        </w:tc>
        <w:tc>
          <w:tcPr>
            <w:tcW w:w="3580" w:type="dxa"/>
          </w:tcPr>
          <w:p w14:paraId="218066F3" w14:textId="77777777" w:rsidR="0087794E" w:rsidRPr="00F607FA" w:rsidRDefault="0087794E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  <w:r w:rsidRPr="00F607FA">
              <w:rPr>
                <w:rFonts w:ascii="Bookman Old Style" w:hAnsi="Bookman Old Style"/>
                <w:sz w:val="18"/>
                <w:szCs w:val="18"/>
                <w:lang w:val="it-IT"/>
              </w:rPr>
              <w:t>ICDL/EIPASS/Google/Microsoft ecc. 1 punto cad.</w:t>
            </w:r>
          </w:p>
        </w:tc>
        <w:tc>
          <w:tcPr>
            <w:tcW w:w="1482" w:type="dxa"/>
          </w:tcPr>
          <w:p w14:paraId="55FA3678" w14:textId="0B735887" w:rsidR="0087794E" w:rsidRPr="00F607FA" w:rsidRDefault="0087794E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</w:p>
        </w:tc>
        <w:tc>
          <w:tcPr>
            <w:tcW w:w="1594" w:type="dxa"/>
          </w:tcPr>
          <w:p w14:paraId="7B086A4A" w14:textId="77777777" w:rsidR="0087794E" w:rsidRPr="00F607FA" w:rsidRDefault="0087794E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</w:p>
        </w:tc>
      </w:tr>
      <w:tr w:rsidR="0087794E" w:rsidRPr="00F607FA" w14:paraId="661281E5" w14:textId="77777777" w:rsidTr="0087794E">
        <w:trPr>
          <w:trHeight w:val="927"/>
        </w:trPr>
        <w:tc>
          <w:tcPr>
            <w:tcW w:w="3018" w:type="dxa"/>
          </w:tcPr>
          <w:p w14:paraId="1DA4FC08" w14:textId="77777777" w:rsidR="0087794E" w:rsidRPr="00F607FA" w:rsidRDefault="0087794E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  <w:r w:rsidRPr="00F607FA">
              <w:rPr>
                <w:rFonts w:ascii="Bookman Old Style" w:hAnsi="Bookman Old Style"/>
                <w:sz w:val="18"/>
                <w:szCs w:val="18"/>
                <w:lang w:val="it-IT"/>
              </w:rPr>
              <w:t>Partecipazione a corsi di formazione relativi al gaming (giocatore/sviluppatore di videogiochi/</w:t>
            </w:r>
            <w:proofErr w:type="spellStart"/>
            <w:r w:rsidRPr="00F607FA">
              <w:rPr>
                <w:rFonts w:ascii="Bookman Old Style" w:hAnsi="Bookman Old Style"/>
                <w:sz w:val="18"/>
                <w:szCs w:val="18"/>
                <w:lang w:val="it-IT"/>
              </w:rPr>
              <w:t>content</w:t>
            </w:r>
            <w:proofErr w:type="spellEnd"/>
            <w:r w:rsidRPr="00F607FA">
              <w:rPr>
                <w:rFonts w:ascii="Bookman Old Style" w:hAnsi="Bookman Old Style"/>
                <w:sz w:val="18"/>
                <w:szCs w:val="18"/>
                <w:lang w:val="it-IT"/>
              </w:rPr>
              <w:t xml:space="preserve"> creator)</w:t>
            </w:r>
          </w:p>
        </w:tc>
        <w:tc>
          <w:tcPr>
            <w:tcW w:w="3580" w:type="dxa"/>
          </w:tcPr>
          <w:p w14:paraId="5D65924D" w14:textId="77777777" w:rsidR="0087794E" w:rsidRPr="00F607FA" w:rsidRDefault="0087794E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  <w:r w:rsidRPr="00F607FA">
              <w:rPr>
                <w:rFonts w:ascii="Bookman Old Style" w:hAnsi="Bookman Old Style"/>
                <w:sz w:val="18"/>
                <w:szCs w:val="18"/>
                <w:lang w:val="it-IT"/>
              </w:rPr>
              <w:t>2 punti ciascuno</w:t>
            </w:r>
          </w:p>
        </w:tc>
        <w:tc>
          <w:tcPr>
            <w:tcW w:w="1482" w:type="dxa"/>
          </w:tcPr>
          <w:p w14:paraId="1CAA742F" w14:textId="6317FB1F" w:rsidR="0087794E" w:rsidRPr="00F607FA" w:rsidRDefault="0087794E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</w:p>
        </w:tc>
        <w:tc>
          <w:tcPr>
            <w:tcW w:w="1594" w:type="dxa"/>
          </w:tcPr>
          <w:p w14:paraId="5237EB3E" w14:textId="77777777" w:rsidR="0087794E" w:rsidRPr="00F607FA" w:rsidRDefault="0087794E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</w:p>
        </w:tc>
      </w:tr>
      <w:tr w:rsidR="0087794E" w:rsidRPr="00F607FA" w14:paraId="2DC0A7ED" w14:textId="77777777" w:rsidTr="0087794E">
        <w:trPr>
          <w:trHeight w:val="417"/>
        </w:trPr>
        <w:tc>
          <w:tcPr>
            <w:tcW w:w="3018" w:type="dxa"/>
          </w:tcPr>
          <w:p w14:paraId="6F0E27DF" w14:textId="77777777" w:rsidR="0087794E" w:rsidRPr="00F607FA" w:rsidRDefault="0087794E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  <w:r w:rsidRPr="00F607FA">
              <w:rPr>
                <w:rFonts w:ascii="Bookman Old Style" w:hAnsi="Bookman Old Style"/>
                <w:sz w:val="18"/>
                <w:szCs w:val="18"/>
                <w:lang w:val="it-IT"/>
              </w:rPr>
              <w:t>Pubblicazioni</w:t>
            </w:r>
          </w:p>
        </w:tc>
        <w:tc>
          <w:tcPr>
            <w:tcW w:w="3580" w:type="dxa"/>
          </w:tcPr>
          <w:p w14:paraId="0D1C959E" w14:textId="77777777" w:rsidR="0087794E" w:rsidRPr="00F607FA" w:rsidRDefault="0087794E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  <w:r w:rsidRPr="00F607FA">
              <w:rPr>
                <w:rFonts w:ascii="Bookman Old Style" w:hAnsi="Bookman Old Style"/>
                <w:sz w:val="18"/>
                <w:szCs w:val="18"/>
                <w:lang w:val="it-IT"/>
              </w:rPr>
              <w:t>1 punto ciascuna</w:t>
            </w:r>
          </w:p>
        </w:tc>
        <w:tc>
          <w:tcPr>
            <w:tcW w:w="1482" w:type="dxa"/>
          </w:tcPr>
          <w:p w14:paraId="1CA48EC4" w14:textId="2A09CA6D" w:rsidR="0087794E" w:rsidRPr="00F607FA" w:rsidRDefault="0087794E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</w:p>
        </w:tc>
        <w:tc>
          <w:tcPr>
            <w:tcW w:w="1594" w:type="dxa"/>
          </w:tcPr>
          <w:p w14:paraId="7005A9CD" w14:textId="77777777" w:rsidR="0087794E" w:rsidRPr="00F607FA" w:rsidRDefault="0087794E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</w:p>
        </w:tc>
      </w:tr>
      <w:tr w:rsidR="0087794E" w:rsidRPr="00F607FA" w14:paraId="46F0E0FA" w14:textId="77777777" w:rsidTr="0087794E">
        <w:trPr>
          <w:trHeight w:val="493"/>
        </w:trPr>
        <w:tc>
          <w:tcPr>
            <w:tcW w:w="3018" w:type="dxa"/>
          </w:tcPr>
          <w:p w14:paraId="52F709E9" w14:textId="77777777" w:rsidR="0087794E" w:rsidRPr="00F607FA" w:rsidRDefault="0087794E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  <w:r w:rsidRPr="00F607FA">
              <w:rPr>
                <w:rFonts w:ascii="Bookman Old Style" w:hAnsi="Bookman Old Style"/>
                <w:sz w:val="18"/>
                <w:szCs w:val="18"/>
                <w:lang w:val="it-IT"/>
              </w:rPr>
              <w:t>Partecipazione eventi gaming educativo</w:t>
            </w:r>
          </w:p>
        </w:tc>
        <w:tc>
          <w:tcPr>
            <w:tcW w:w="3580" w:type="dxa"/>
          </w:tcPr>
          <w:p w14:paraId="6A440F2D" w14:textId="77777777" w:rsidR="0087794E" w:rsidRPr="00F607FA" w:rsidRDefault="0087794E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  <w:r w:rsidRPr="00F607FA">
              <w:rPr>
                <w:rFonts w:ascii="Bookman Old Style" w:hAnsi="Bookman Old Style"/>
                <w:sz w:val="18"/>
                <w:szCs w:val="18"/>
                <w:lang w:val="it-IT"/>
              </w:rPr>
              <w:t>5 punti per evento</w:t>
            </w:r>
          </w:p>
        </w:tc>
        <w:tc>
          <w:tcPr>
            <w:tcW w:w="1482" w:type="dxa"/>
          </w:tcPr>
          <w:p w14:paraId="500721E4" w14:textId="54A77C3B" w:rsidR="0087794E" w:rsidRPr="00F607FA" w:rsidRDefault="0087794E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</w:p>
        </w:tc>
        <w:tc>
          <w:tcPr>
            <w:tcW w:w="1594" w:type="dxa"/>
          </w:tcPr>
          <w:p w14:paraId="3CABFAED" w14:textId="77777777" w:rsidR="0087794E" w:rsidRPr="00F607FA" w:rsidRDefault="0087794E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</w:p>
        </w:tc>
      </w:tr>
      <w:tr w:rsidR="0087794E" w:rsidRPr="00F607FA" w14:paraId="706D2F08" w14:textId="77777777" w:rsidTr="0087794E">
        <w:trPr>
          <w:trHeight w:val="493"/>
        </w:trPr>
        <w:tc>
          <w:tcPr>
            <w:tcW w:w="3018" w:type="dxa"/>
          </w:tcPr>
          <w:p w14:paraId="21F3A9B1" w14:textId="77777777" w:rsidR="0087794E" w:rsidRPr="00F607FA" w:rsidRDefault="0087794E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  <w:r w:rsidRPr="00F607FA">
              <w:rPr>
                <w:rFonts w:ascii="Bookman Old Style" w:hAnsi="Bookman Old Style"/>
                <w:sz w:val="18"/>
                <w:szCs w:val="18"/>
                <w:lang w:val="it-IT"/>
              </w:rPr>
              <w:t>Esperto cittadinanza digitale</w:t>
            </w:r>
          </w:p>
        </w:tc>
        <w:tc>
          <w:tcPr>
            <w:tcW w:w="3580" w:type="dxa"/>
          </w:tcPr>
          <w:p w14:paraId="1BC1C119" w14:textId="77777777" w:rsidR="0087794E" w:rsidRPr="00F607FA" w:rsidRDefault="0087794E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  <w:r w:rsidRPr="00F607FA">
              <w:rPr>
                <w:rFonts w:ascii="Bookman Old Style" w:hAnsi="Bookman Old Style"/>
                <w:sz w:val="18"/>
                <w:szCs w:val="18"/>
                <w:lang w:val="it-IT"/>
              </w:rPr>
              <w:t>4 punti per incarico &gt;=10 ore</w:t>
            </w:r>
          </w:p>
        </w:tc>
        <w:tc>
          <w:tcPr>
            <w:tcW w:w="1482" w:type="dxa"/>
          </w:tcPr>
          <w:p w14:paraId="73198EBB" w14:textId="3855CBF6" w:rsidR="0087794E" w:rsidRPr="00F607FA" w:rsidRDefault="0087794E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</w:p>
        </w:tc>
        <w:tc>
          <w:tcPr>
            <w:tcW w:w="1594" w:type="dxa"/>
          </w:tcPr>
          <w:p w14:paraId="3685940B" w14:textId="77777777" w:rsidR="0087794E" w:rsidRPr="00F607FA" w:rsidRDefault="0087794E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</w:p>
        </w:tc>
      </w:tr>
      <w:tr w:rsidR="0087794E" w:rsidRPr="00F607FA" w14:paraId="037CF070" w14:textId="77777777" w:rsidTr="0087794E">
        <w:trPr>
          <w:trHeight w:val="747"/>
        </w:trPr>
        <w:tc>
          <w:tcPr>
            <w:tcW w:w="3018" w:type="dxa"/>
          </w:tcPr>
          <w:p w14:paraId="27B23447" w14:textId="77777777" w:rsidR="0087794E" w:rsidRPr="00F607FA" w:rsidRDefault="0087794E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  <w:r w:rsidRPr="00F607FA">
              <w:rPr>
                <w:rFonts w:ascii="Bookman Old Style" w:hAnsi="Bookman Old Style"/>
                <w:sz w:val="18"/>
                <w:szCs w:val="18"/>
                <w:lang w:val="it-IT"/>
              </w:rPr>
              <w:t xml:space="preserve">Esperto cyberbullismo/media </w:t>
            </w:r>
            <w:proofErr w:type="spellStart"/>
            <w:r w:rsidRPr="00F607FA">
              <w:rPr>
                <w:rFonts w:ascii="Bookman Old Style" w:hAnsi="Bookman Old Style"/>
                <w:sz w:val="18"/>
                <w:szCs w:val="18"/>
                <w:lang w:val="it-IT"/>
              </w:rPr>
              <w:t>education</w:t>
            </w:r>
            <w:proofErr w:type="spellEnd"/>
          </w:p>
        </w:tc>
        <w:tc>
          <w:tcPr>
            <w:tcW w:w="3580" w:type="dxa"/>
          </w:tcPr>
          <w:p w14:paraId="7A8C50B2" w14:textId="77777777" w:rsidR="0087794E" w:rsidRPr="00F607FA" w:rsidRDefault="0087794E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  <w:r w:rsidRPr="00F607FA">
              <w:rPr>
                <w:rFonts w:ascii="Bookman Old Style" w:hAnsi="Bookman Old Style"/>
                <w:sz w:val="18"/>
                <w:szCs w:val="18"/>
                <w:lang w:val="it-IT"/>
              </w:rPr>
              <w:t>3 punti per incarico</w:t>
            </w:r>
          </w:p>
        </w:tc>
        <w:tc>
          <w:tcPr>
            <w:tcW w:w="1482" w:type="dxa"/>
          </w:tcPr>
          <w:p w14:paraId="7400B2C0" w14:textId="4E7E5EC1" w:rsidR="0087794E" w:rsidRPr="00F607FA" w:rsidRDefault="0087794E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</w:p>
        </w:tc>
        <w:tc>
          <w:tcPr>
            <w:tcW w:w="1594" w:type="dxa"/>
          </w:tcPr>
          <w:p w14:paraId="59D653C7" w14:textId="77777777" w:rsidR="0087794E" w:rsidRPr="00F607FA" w:rsidRDefault="0087794E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</w:p>
        </w:tc>
      </w:tr>
      <w:tr w:rsidR="0087794E" w:rsidRPr="00F607FA" w14:paraId="56CF35D1" w14:textId="77777777" w:rsidTr="0087794E">
        <w:trPr>
          <w:trHeight w:val="493"/>
        </w:trPr>
        <w:tc>
          <w:tcPr>
            <w:tcW w:w="3018" w:type="dxa"/>
          </w:tcPr>
          <w:p w14:paraId="6B20A904" w14:textId="77777777" w:rsidR="0087794E" w:rsidRPr="00F607FA" w:rsidRDefault="0087794E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  <w:r w:rsidRPr="00F607FA">
              <w:rPr>
                <w:rFonts w:ascii="Bookman Old Style" w:hAnsi="Bookman Old Style"/>
                <w:sz w:val="18"/>
                <w:szCs w:val="18"/>
                <w:lang w:val="it-IT"/>
              </w:rPr>
              <w:t>Formazione docenti</w:t>
            </w:r>
          </w:p>
        </w:tc>
        <w:tc>
          <w:tcPr>
            <w:tcW w:w="3580" w:type="dxa"/>
          </w:tcPr>
          <w:p w14:paraId="5F00DE5C" w14:textId="77777777" w:rsidR="0087794E" w:rsidRPr="00F607FA" w:rsidRDefault="0087794E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  <w:r w:rsidRPr="00F607FA">
              <w:rPr>
                <w:rFonts w:ascii="Bookman Old Style" w:hAnsi="Bookman Old Style"/>
                <w:sz w:val="18"/>
                <w:szCs w:val="18"/>
                <w:lang w:val="it-IT"/>
              </w:rPr>
              <w:t>2 punti per corso entro le 10 ore</w:t>
            </w:r>
          </w:p>
        </w:tc>
        <w:tc>
          <w:tcPr>
            <w:tcW w:w="1482" w:type="dxa"/>
          </w:tcPr>
          <w:p w14:paraId="3F5F5C71" w14:textId="6105E967" w:rsidR="0087794E" w:rsidRPr="00F607FA" w:rsidRDefault="0087794E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</w:p>
        </w:tc>
        <w:tc>
          <w:tcPr>
            <w:tcW w:w="1594" w:type="dxa"/>
          </w:tcPr>
          <w:p w14:paraId="486A3FE7" w14:textId="77777777" w:rsidR="0087794E" w:rsidRPr="00F607FA" w:rsidRDefault="0087794E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</w:p>
        </w:tc>
      </w:tr>
      <w:tr w:rsidR="0087794E" w:rsidRPr="00F607FA" w14:paraId="12125C19" w14:textId="77777777" w:rsidTr="0087794E">
        <w:trPr>
          <w:trHeight w:val="493"/>
        </w:trPr>
        <w:tc>
          <w:tcPr>
            <w:tcW w:w="3018" w:type="dxa"/>
          </w:tcPr>
          <w:p w14:paraId="665071DC" w14:textId="77777777" w:rsidR="0087794E" w:rsidRPr="00F607FA" w:rsidRDefault="0087794E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  <w:r w:rsidRPr="00F607FA">
              <w:rPr>
                <w:rFonts w:ascii="Bookman Old Style" w:hAnsi="Bookman Old Style"/>
                <w:sz w:val="18"/>
                <w:szCs w:val="18"/>
                <w:lang w:val="it-IT"/>
              </w:rPr>
              <w:t>Incontri formativi nelle scuole</w:t>
            </w:r>
          </w:p>
        </w:tc>
        <w:tc>
          <w:tcPr>
            <w:tcW w:w="3580" w:type="dxa"/>
          </w:tcPr>
          <w:p w14:paraId="372CE415" w14:textId="77777777" w:rsidR="0087794E" w:rsidRPr="00F607FA" w:rsidRDefault="0087794E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  <w:r w:rsidRPr="00F607FA">
              <w:rPr>
                <w:rFonts w:ascii="Bookman Old Style" w:hAnsi="Bookman Old Style"/>
                <w:sz w:val="18"/>
                <w:szCs w:val="18"/>
                <w:lang w:val="it-IT"/>
              </w:rPr>
              <w:t>2 punto per laboratorio</w:t>
            </w:r>
          </w:p>
        </w:tc>
        <w:tc>
          <w:tcPr>
            <w:tcW w:w="1482" w:type="dxa"/>
          </w:tcPr>
          <w:p w14:paraId="5036C754" w14:textId="3AD805B6" w:rsidR="0087794E" w:rsidRPr="00F607FA" w:rsidRDefault="0087794E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</w:p>
        </w:tc>
        <w:tc>
          <w:tcPr>
            <w:tcW w:w="1594" w:type="dxa"/>
          </w:tcPr>
          <w:p w14:paraId="6089C937" w14:textId="77777777" w:rsidR="0087794E" w:rsidRPr="00F607FA" w:rsidRDefault="0087794E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</w:p>
        </w:tc>
      </w:tr>
    </w:tbl>
    <w:p w14:paraId="0A05C318" w14:textId="77777777" w:rsidR="00E42A5A" w:rsidRPr="00F607FA" w:rsidRDefault="00E42A5A">
      <w:pPr>
        <w:rPr>
          <w:rFonts w:ascii="Bookman Old Style" w:hAnsi="Bookman Old Style"/>
          <w:sz w:val="20"/>
          <w:szCs w:val="20"/>
          <w:lang w:val="it-IT"/>
        </w:rPr>
      </w:pPr>
    </w:p>
    <w:p w14:paraId="1A1A3422" w14:textId="77777777" w:rsidR="00E42A5A" w:rsidRPr="00F607FA" w:rsidRDefault="00000000">
      <w:pPr>
        <w:pStyle w:val="Titolo2"/>
        <w:rPr>
          <w:rFonts w:ascii="Bookman Old Style" w:hAnsi="Bookman Old Style"/>
          <w:sz w:val="20"/>
          <w:szCs w:val="20"/>
          <w:lang w:val="it-IT"/>
        </w:rPr>
      </w:pPr>
      <w:r w:rsidRPr="00F607FA">
        <w:rPr>
          <w:rFonts w:ascii="Bookman Old Style" w:hAnsi="Bookman Old Style"/>
          <w:sz w:val="20"/>
          <w:szCs w:val="20"/>
          <w:lang w:val="it-IT"/>
        </w:rPr>
        <w:t>INCARICO 2 – PSICOLOGO (MAX 100 PUNTI)</w:t>
      </w:r>
    </w:p>
    <w:tbl>
      <w:tblPr>
        <w:tblStyle w:val="Grigliatabella"/>
        <w:tblW w:w="9640" w:type="dxa"/>
        <w:tblInd w:w="-147" w:type="dxa"/>
        <w:tblLook w:val="04A0" w:firstRow="1" w:lastRow="0" w:firstColumn="1" w:lastColumn="0" w:noHBand="0" w:noVBand="1"/>
      </w:tblPr>
      <w:tblGrid>
        <w:gridCol w:w="2874"/>
        <w:gridCol w:w="3493"/>
        <w:gridCol w:w="1718"/>
        <w:gridCol w:w="1555"/>
      </w:tblGrid>
      <w:tr w:rsidR="00E4598A" w:rsidRPr="00F607FA" w14:paraId="2F945C71" w14:textId="77777777" w:rsidTr="00E4598A">
        <w:tc>
          <w:tcPr>
            <w:tcW w:w="2907" w:type="dxa"/>
          </w:tcPr>
          <w:p w14:paraId="15B1D9EA" w14:textId="77777777" w:rsidR="00E4598A" w:rsidRPr="00F607FA" w:rsidRDefault="00E4598A" w:rsidP="0088378B">
            <w:pPr>
              <w:rPr>
                <w:rFonts w:ascii="Bookman Old Style" w:hAnsi="Bookman Old Style"/>
                <w:b/>
                <w:bCs/>
                <w:sz w:val="18"/>
                <w:szCs w:val="18"/>
                <w:lang w:val="it-IT"/>
              </w:rPr>
            </w:pPr>
            <w:r w:rsidRPr="00F607FA">
              <w:rPr>
                <w:rFonts w:ascii="Bookman Old Style" w:hAnsi="Bookman Old Style"/>
                <w:b/>
                <w:bCs/>
                <w:sz w:val="18"/>
                <w:szCs w:val="18"/>
                <w:lang w:val="it-IT"/>
              </w:rPr>
              <w:t>Titolo/Esperienza</w:t>
            </w:r>
          </w:p>
        </w:tc>
        <w:tc>
          <w:tcPr>
            <w:tcW w:w="3614" w:type="dxa"/>
          </w:tcPr>
          <w:p w14:paraId="63019822" w14:textId="77777777" w:rsidR="00E4598A" w:rsidRPr="00F607FA" w:rsidRDefault="00E4598A" w:rsidP="0088378B">
            <w:pPr>
              <w:rPr>
                <w:rFonts w:ascii="Bookman Old Style" w:hAnsi="Bookman Old Style"/>
                <w:b/>
                <w:bCs/>
                <w:sz w:val="18"/>
                <w:szCs w:val="18"/>
                <w:lang w:val="it-IT"/>
              </w:rPr>
            </w:pPr>
            <w:r w:rsidRPr="00F607FA">
              <w:rPr>
                <w:rFonts w:ascii="Bookman Old Style" w:hAnsi="Bookman Old Style"/>
                <w:b/>
                <w:bCs/>
                <w:sz w:val="18"/>
                <w:szCs w:val="18"/>
                <w:lang w:val="it-IT"/>
              </w:rPr>
              <w:t>Criterio di attribuzione</w:t>
            </w:r>
          </w:p>
        </w:tc>
        <w:tc>
          <w:tcPr>
            <w:tcW w:w="1559" w:type="dxa"/>
          </w:tcPr>
          <w:p w14:paraId="4F363E0C" w14:textId="45436BC9" w:rsidR="00E4598A" w:rsidRPr="00F607FA" w:rsidRDefault="00C13A55" w:rsidP="0088378B">
            <w:pPr>
              <w:rPr>
                <w:rFonts w:ascii="Bookman Old Style" w:hAnsi="Bookman Old Style"/>
                <w:b/>
                <w:bCs/>
                <w:sz w:val="18"/>
                <w:szCs w:val="18"/>
                <w:lang w:val="it-IT"/>
              </w:rPr>
            </w:pPr>
            <w:r w:rsidRPr="00F607FA">
              <w:rPr>
                <w:rFonts w:ascii="Bookman Old Style" w:hAnsi="Bookman Old Style"/>
                <w:b/>
                <w:bCs/>
                <w:sz w:val="18"/>
                <w:szCs w:val="18"/>
                <w:lang w:val="it-IT"/>
              </w:rPr>
              <w:t>Punti autovalutazione</w:t>
            </w:r>
          </w:p>
        </w:tc>
        <w:tc>
          <w:tcPr>
            <w:tcW w:w="1560" w:type="dxa"/>
          </w:tcPr>
          <w:p w14:paraId="6EF72933" w14:textId="77777777" w:rsidR="00E4598A" w:rsidRPr="00F607FA" w:rsidRDefault="00E4598A" w:rsidP="0088378B">
            <w:pPr>
              <w:rPr>
                <w:rFonts w:ascii="Bookman Old Style" w:hAnsi="Bookman Old Style"/>
                <w:b/>
                <w:bCs/>
                <w:sz w:val="18"/>
                <w:szCs w:val="18"/>
                <w:lang w:val="it-IT"/>
              </w:rPr>
            </w:pPr>
            <w:r w:rsidRPr="00F607FA">
              <w:rPr>
                <w:rFonts w:ascii="Bookman Old Style" w:hAnsi="Bookman Old Style"/>
                <w:b/>
                <w:bCs/>
                <w:sz w:val="18"/>
                <w:szCs w:val="18"/>
                <w:lang w:val="it-IT"/>
              </w:rPr>
              <w:t>Punti Commissione</w:t>
            </w:r>
          </w:p>
        </w:tc>
      </w:tr>
      <w:tr w:rsidR="00E4598A" w:rsidRPr="00F607FA" w14:paraId="772930E4" w14:textId="77777777" w:rsidTr="00E4598A">
        <w:tc>
          <w:tcPr>
            <w:tcW w:w="2907" w:type="dxa"/>
          </w:tcPr>
          <w:p w14:paraId="69AB283A" w14:textId="77777777" w:rsidR="00E4598A" w:rsidRPr="00F607FA" w:rsidRDefault="00E4598A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  <w:r w:rsidRPr="00F607FA">
              <w:rPr>
                <w:rFonts w:ascii="Bookman Old Style" w:hAnsi="Bookman Old Style"/>
                <w:sz w:val="18"/>
                <w:szCs w:val="18"/>
                <w:lang w:val="it-IT"/>
              </w:rPr>
              <w:t>Laurea + Albo</w:t>
            </w:r>
          </w:p>
        </w:tc>
        <w:tc>
          <w:tcPr>
            <w:tcW w:w="3614" w:type="dxa"/>
          </w:tcPr>
          <w:p w14:paraId="6633165B" w14:textId="77777777" w:rsidR="00E4598A" w:rsidRPr="00F607FA" w:rsidRDefault="00E4598A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  <w:r w:rsidRPr="00F607FA">
              <w:rPr>
                <w:rFonts w:ascii="Bookman Old Style" w:hAnsi="Bookman Old Style"/>
                <w:sz w:val="18"/>
                <w:szCs w:val="18"/>
                <w:lang w:val="it-IT"/>
              </w:rPr>
              <w:t>110L=20; 106-110=18; 100-105=16; &lt;100=14</w:t>
            </w:r>
          </w:p>
        </w:tc>
        <w:tc>
          <w:tcPr>
            <w:tcW w:w="1559" w:type="dxa"/>
          </w:tcPr>
          <w:p w14:paraId="50ED805E" w14:textId="468AE0DA" w:rsidR="00E4598A" w:rsidRPr="00F607FA" w:rsidRDefault="00E4598A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</w:p>
        </w:tc>
        <w:tc>
          <w:tcPr>
            <w:tcW w:w="1560" w:type="dxa"/>
          </w:tcPr>
          <w:p w14:paraId="426271C9" w14:textId="77777777" w:rsidR="00E4598A" w:rsidRPr="00F607FA" w:rsidRDefault="00E4598A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</w:p>
        </w:tc>
      </w:tr>
      <w:tr w:rsidR="00E4598A" w:rsidRPr="00F607FA" w14:paraId="558C3231" w14:textId="77777777" w:rsidTr="00E4598A">
        <w:tc>
          <w:tcPr>
            <w:tcW w:w="2907" w:type="dxa"/>
          </w:tcPr>
          <w:p w14:paraId="02459869" w14:textId="77777777" w:rsidR="00E4598A" w:rsidRPr="00F607FA" w:rsidRDefault="00E4598A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  <w:r w:rsidRPr="00F607FA">
              <w:rPr>
                <w:rFonts w:ascii="Bookman Old Style" w:hAnsi="Bookman Old Style"/>
                <w:sz w:val="18"/>
                <w:szCs w:val="18"/>
                <w:lang w:val="it-IT"/>
              </w:rPr>
              <w:t>Master/Specializzazioni</w:t>
            </w:r>
          </w:p>
        </w:tc>
        <w:tc>
          <w:tcPr>
            <w:tcW w:w="3614" w:type="dxa"/>
          </w:tcPr>
          <w:p w14:paraId="42F4B81B" w14:textId="77777777" w:rsidR="00E4598A" w:rsidRPr="00F607FA" w:rsidRDefault="00E4598A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  <w:r w:rsidRPr="00F607FA">
              <w:rPr>
                <w:rFonts w:ascii="Bookman Old Style" w:hAnsi="Bookman Old Style"/>
                <w:sz w:val="18"/>
                <w:szCs w:val="18"/>
                <w:lang w:val="it-IT"/>
              </w:rPr>
              <w:t>Psicologia scolastica, età evolutiva ecc. 5 punti ciascuna</w:t>
            </w:r>
          </w:p>
        </w:tc>
        <w:tc>
          <w:tcPr>
            <w:tcW w:w="1559" w:type="dxa"/>
          </w:tcPr>
          <w:p w14:paraId="4147B3FC" w14:textId="58E0D513" w:rsidR="00E4598A" w:rsidRPr="00F607FA" w:rsidRDefault="00E4598A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</w:p>
        </w:tc>
        <w:tc>
          <w:tcPr>
            <w:tcW w:w="1560" w:type="dxa"/>
          </w:tcPr>
          <w:p w14:paraId="76D0A2A9" w14:textId="77777777" w:rsidR="00E4598A" w:rsidRPr="00F607FA" w:rsidRDefault="00E4598A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</w:p>
        </w:tc>
      </w:tr>
      <w:tr w:rsidR="00E4598A" w:rsidRPr="00F607FA" w14:paraId="039E4079" w14:textId="77777777" w:rsidTr="00E4598A">
        <w:tc>
          <w:tcPr>
            <w:tcW w:w="2907" w:type="dxa"/>
          </w:tcPr>
          <w:p w14:paraId="7E6E74BD" w14:textId="77777777" w:rsidR="00E4598A" w:rsidRPr="00F607FA" w:rsidRDefault="00E4598A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  <w:r w:rsidRPr="00F607FA">
              <w:rPr>
                <w:rFonts w:ascii="Bookman Old Style" w:hAnsi="Bookman Old Style"/>
                <w:sz w:val="18"/>
                <w:szCs w:val="18"/>
                <w:lang w:val="it-IT"/>
              </w:rPr>
              <w:t xml:space="preserve">Pubblicazioni </w:t>
            </w:r>
          </w:p>
        </w:tc>
        <w:tc>
          <w:tcPr>
            <w:tcW w:w="3614" w:type="dxa"/>
          </w:tcPr>
          <w:p w14:paraId="6E8168EC" w14:textId="77777777" w:rsidR="00E4598A" w:rsidRPr="00F607FA" w:rsidRDefault="00E4598A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  <w:r w:rsidRPr="00F607FA">
              <w:rPr>
                <w:rFonts w:ascii="Bookman Old Style" w:hAnsi="Bookman Old Style"/>
                <w:sz w:val="18"/>
                <w:szCs w:val="18"/>
                <w:lang w:val="it-IT"/>
              </w:rPr>
              <w:t>1 punto per pubblicazione</w:t>
            </w:r>
          </w:p>
          <w:p w14:paraId="75A32615" w14:textId="77777777" w:rsidR="00E4598A" w:rsidRPr="00F607FA" w:rsidRDefault="00E4598A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  <w:r w:rsidRPr="00F607FA">
              <w:rPr>
                <w:rFonts w:ascii="Bookman Old Style" w:hAnsi="Bookman Old Style"/>
                <w:sz w:val="18"/>
                <w:szCs w:val="18"/>
                <w:lang w:val="it-IT"/>
              </w:rPr>
              <w:t>2 punti per pubblicazione attinente psicologia e digitale</w:t>
            </w:r>
          </w:p>
        </w:tc>
        <w:tc>
          <w:tcPr>
            <w:tcW w:w="1559" w:type="dxa"/>
          </w:tcPr>
          <w:p w14:paraId="0EF8F9AE" w14:textId="445B177D" w:rsidR="00E4598A" w:rsidRPr="00F607FA" w:rsidRDefault="00E4598A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</w:p>
        </w:tc>
        <w:tc>
          <w:tcPr>
            <w:tcW w:w="1560" w:type="dxa"/>
          </w:tcPr>
          <w:p w14:paraId="008F3A0B" w14:textId="77777777" w:rsidR="00E4598A" w:rsidRPr="00F607FA" w:rsidRDefault="00E4598A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</w:p>
        </w:tc>
      </w:tr>
      <w:tr w:rsidR="00E4598A" w:rsidRPr="00F607FA" w14:paraId="22342896" w14:textId="77777777" w:rsidTr="00E4598A">
        <w:tc>
          <w:tcPr>
            <w:tcW w:w="2907" w:type="dxa"/>
          </w:tcPr>
          <w:p w14:paraId="691C0D13" w14:textId="77777777" w:rsidR="00E4598A" w:rsidRPr="00F607FA" w:rsidRDefault="00E4598A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  <w:r w:rsidRPr="00F607FA">
              <w:rPr>
                <w:rFonts w:ascii="Bookman Old Style" w:hAnsi="Bookman Old Style"/>
                <w:sz w:val="18"/>
                <w:szCs w:val="18"/>
                <w:lang w:val="it-IT"/>
              </w:rPr>
              <w:t>Progetti benessere digitale</w:t>
            </w:r>
          </w:p>
        </w:tc>
        <w:tc>
          <w:tcPr>
            <w:tcW w:w="3614" w:type="dxa"/>
          </w:tcPr>
          <w:p w14:paraId="742E936A" w14:textId="77777777" w:rsidR="00E4598A" w:rsidRPr="00F607FA" w:rsidRDefault="00E4598A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  <w:r w:rsidRPr="00F607FA">
              <w:rPr>
                <w:rFonts w:ascii="Bookman Old Style" w:hAnsi="Bookman Old Style"/>
                <w:sz w:val="18"/>
                <w:szCs w:val="18"/>
                <w:lang w:val="it-IT"/>
              </w:rPr>
              <w:t>4 punti per progetto</w:t>
            </w:r>
          </w:p>
        </w:tc>
        <w:tc>
          <w:tcPr>
            <w:tcW w:w="1559" w:type="dxa"/>
          </w:tcPr>
          <w:p w14:paraId="39DA3541" w14:textId="75A0EB3A" w:rsidR="00E4598A" w:rsidRPr="00F607FA" w:rsidRDefault="00E4598A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</w:p>
        </w:tc>
        <w:tc>
          <w:tcPr>
            <w:tcW w:w="1560" w:type="dxa"/>
          </w:tcPr>
          <w:p w14:paraId="0339E040" w14:textId="77777777" w:rsidR="00E4598A" w:rsidRPr="00F607FA" w:rsidRDefault="00E4598A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</w:p>
        </w:tc>
      </w:tr>
      <w:tr w:rsidR="00E4598A" w:rsidRPr="00F607FA" w14:paraId="48C15CA1" w14:textId="77777777" w:rsidTr="00E4598A">
        <w:tc>
          <w:tcPr>
            <w:tcW w:w="2907" w:type="dxa"/>
          </w:tcPr>
          <w:p w14:paraId="4605C1F5" w14:textId="77777777" w:rsidR="00E4598A" w:rsidRPr="00F607FA" w:rsidRDefault="00E4598A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  <w:r w:rsidRPr="00F607FA">
              <w:rPr>
                <w:rFonts w:ascii="Bookman Old Style" w:hAnsi="Bookman Old Style"/>
                <w:sz w:val="18"/>
                <w:szCs w:val="18"/>
                <w:lang w:val="it-IT"/>
              </w:rPr>
              <w:t>Cyberbullismo e dipendenze digitali</w:t>
            </w:r>
          </w:p>
        </w:tc>
        <w:tc>
          <w:tcPr>
            <w:tcW w:w="3614" w:type="dxa"/>
          </w:tcPr>
          <w:p w14:paraId="65EEA812" w14:textId="77777777" w:rsidR="00E4598A" w:rsidRPr="00F607FA" w:rsidRDefault="00E4598A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  <w:r w:rsidRPr="00F607FA">
              <w:rPr>
                <w:rFonts w:ascii="Bookman Old Style" w:hAnsi="Bookman Old Style"/>
                <w:sz w:val="18"/>
                <w:szCs w:val="18"/>
                <w:lang w:val="it-IT"/>
              </w:rPr>
              <w:t>4 punti per progetto</w:t>
            </w:r>
          </w:p>
        </w:tc>
        <w:tc>
          <w:tcPr>
            <w:tcW w:w="1559" w:type="dxa"/>
          </w:tcPr>
          <w:p w14:paraId="0FB2B31A" w14:textId="396D0196" w:rsidR="00E4598A" w:rsidRPr="00F607FA" w:rsidRDefault="00E4598A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</w:p>
        </w:tc>
        <w:tc>
          <w:tcPr>
            <w:tcW w:w="1560" w:type="dxa"/>
          </w:tcPr>
          <w:p w14:paraId="558DA9E3" w14:textId="77777777" w:rsidR="00E4598A" w:rsidRPr="00F607FA" w:rsidRDefault="00E4598A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</w:p>
        </w:tc>
      </w:tr>
      <w:tr w:rsidR="00E4598A" w:rsidRPr="00F607FA" w14:paraId="7EA144D8" w14:textId="77777777" w:rsidTr="00E4598A">
        <w:tc>
          <w:tcPr>
            <w:tcW w:w="2907" w:type="dxa"/>
          </w:tcPr>
          <w:p w14:paraId="3D0B662E" w14:textId="77777777" w:rsidR="00E4598A" w:rsidRPr="00F607FA" w:rsidRDefault="00E4598A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  <w:r w:rsidRPr="00F607FA">
              <w:rPr>
                <w:rFonts w:ascii="Bookman Old Style" w:hAnsi="Bookman Old Style"/>
                <w:sz w:val="18"/>
                <w:szCs w:val="18"/>
                <w:lang w:val="it-IT"/>
              </w:rPr>
              <w:t>Laboratori con gruppi classe</w:t>
            </w:r>
          </w:p>
        </w:tc>
        <w:tc>
          <w:tcPr>
            <w:tcW w:w="3614" w:type="dxa"/>
          </w:tcPr>
          <w:p w14:paraId="795BB671" w14:textId="77777777" w:rsidR="00E4598A" w:rsidRPr="00F607FA" w:rsidRDefault="00E4598A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  <w:r w:rsidRPr="00F607FA">
              <w:rPr>
                <w:rFonts w:ascii="Bookman Old Style" w:hAnsi="Bookman Old Style"/>
                <w:sz w:val="18"/>
                <w:szCs w:val="18"/>
                <w:lang w:val="it-IT"/>
              </w:rPr>
              <w:t>2 punti per incarico per classe</w:t>
            </w:r>
          </w:p>
        </w:tc>
        <w:tc>
          <w:tcPr>
            <w:tcW w:w="1559" w:type="dxa"/>
          </w:tcPr>
          <w:p w14:paraId="4E73150C" w14:textId="25E2B887" w:rsidR="00E4598A" w:rsidRPr="00F607FA" w:rsidRDefault="00E4598A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</w:p>
        </w:tc>
        <w:tc>
          <w:tcPr>
            <w:tcW w:w="1560" w:type="dxa"/>
          </w:tcPr>
          <w:p w14:paraId="2FFB3AE9" w14:textId="77777777" w:rsidR="00E4598A" w:rsidRPr="00F607FA" w:rsidRDefault="00E4598A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</w:p>
        </w:tc>
      </w:tr>
      <w:tr w:rsidR="00E4598A" w:rsidRPr="00F607FA" w14:paraId="4DEA306F" w14:textId="77777777" w:rsidTr="00E4598A">
        <w:tc>
          <w:tcPr>
            <w:tcW w:w="2907" w:type="dxa"/>
          </w:tcPr>
          <w:p w14:paraId="0BDB1659" w14:textId="77777777" w:rsidR="00E4598A" w:rsidRPr="00F607FA" w:rsidRDefault="00E4598A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  <w:r w:rsidRPr="00F607FA">
              <w:rPr>
                <w:rFonts w:ascii="Bookman Old Style" w:hAnsi="Bookman Old Style"/>
                <w:sz w:val="18"/>
                <w:szCs w:val="18"/>
                <w:lang w:val="it-IT"/>
              </w:rPr>
              <w:t>Sportello d'ascolto</w:t>
            </w:r>
          </w:p>
        </w:tc>
        <w:tc>
          <w:tcPr>
            <w:tcW w:w="3614" w:type="dxa"/>
          </w:tcPr>
          <w:p w14:paraId="6EF4FBD1" w14:textId="77777777" w:rsidR="00E4598A" w:rsidRPr="00F607FA" w:rsidRDefault="00E4598A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  <w:r w:rsidRPr="00F607FA">
              <w:rPr>
                <w:rFonts w:ascii="Bookman Old Style" w:hAnsi="Bookman Old Style"/>
                <w:sz w:val="18"/>
                <w:szCs w:val="18"/>
                <w:lang w:val="it-IT"/>
              </w:rPr>
              <w:t>2 punti per anno</w:t>
            </w:r>
          </w:p>
        </w:tc>
        <w:tc>
          <w:tcPr>
            <w:tcW w:w="1559" w:type="dxa"/>
          </w:tcPr>
          <w:p w14:paraId="476D7690" w14:textId="05CDCF24" w:rsidR="00E4598A" w:rsidRPr="00F607FA" w:rsidRDefault="00E4598A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</w:p>
        </w:tc>
        <w:tc>
          <w:tcPr>
            <w:tcW w:w="1560" w:type="dxa"/>
          </w:tcPr>
          <w:p w14:paraId="4D6A530B" w14:textId="77777777" w:rsidR="00E4598A" w:rsidRPr="00F607FA" w:rsidRDefault="00E4598A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</w:p>
        </w:tc>
      </w:tr>
      <w:tr w:rsidR="00E4598A" w:rsidRPr="00F607FA" w14:paraId="34F96CA2" w14:textId="77777777" w:rsidTr="00E4598A">
        <w:tc>
          <w:tcPr>
            <w:tcW w:w="2907" w:type="dxa"/>
          </w:tcPr>
          <w:p w14:paraId="2C510305" w14:textId="77777777" w:rsidR="00E4598A" w:rsidRPr="00F607FA" w:rsidRDefault="00E4598A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  <w:r w:rsidRPr="00F607FA">
              <w:rPr>
                <w:rFonts w:ascii="Bookman Old Style" w:hAnsi="Bookman Old Style"/>
                <w:sz w:val="18"/>
                <w:szCs w:val="18"/>
                <w:lang w:val="it-IT"/>
              </w:rPr>
              <w:t>Formazione a docenti/genitori</w:t>
            </w:r>
          </w:p>
        </w:tc>
        <w:tc>
          <w:tcPr>
            <w:tcW w:w="3614" w:type="dxa"/>
          </w:tcPr>
          <w:p w14:paraId="3AEDA87D" w14:textId="77777777" w:rsidR="00E4598A" w:rsidRPr="00F607FA" w:rsidRDefault="00E4598A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  <w:r w:rsidRPr="00F607FA">
              <w:rPr>
                <w:rFonts w:ascii="Bookman Old Style" w:hAnsi="Bookman Old Style"/>
                <w:sz w:val="18"/>
                <w:szCs w:val="18"/>
                <w:lang w:val="it-IT"/>
              </w:rPr>
              <w:t>2 punti per incarico</w:t>
            </w:r>
          </w:p>
        </w:tc>
        <w:tc>
          <w:tcPr>
            <w:tcW w:w="1559" w:type="dxa"/>
          </w:tcPr>
          <w:p w14:paraId="4A659CCD" w14:textId="43903F1E" w:rsidR="00E4598A" w:rsidRPr="00F607FA" w:rsidRDefault="00E4598A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</w:p>
        </w:tc>
        <w:tc>
          <w:tcPr>
            <w:tcW w:w="1560" w:type="dxa"/>
          </w:tcPr>
          <w:p w14:paraId="373D32B3" w14:textId="77777777" w:rsidR="00E4598A" w:rsidRPr="00F607FA" w:rsidRDefault="00E4598A" w:rsidP="0088378B">
            <w:pPr>
              <w:rPr>
                <w:rFonts w:ascii="Bookman Old Style" w:hAnsi="Bookman Old Style"/>
                <w:sz w:val="18"/>
                <w:szCs w:val="18"/>
                <w:lang w:val="it-IT"/>
              </w:rPr>
            </w:pPr>
          </w:p>
        </w:tc>
      </w:tr>
    </w:tbl>
    <w:p w14:paraId="6503219E" w14:textId="0450CC5C" w:rsidR="00E42A5A" w:rsidRPr="00F607FA" w:rsidRDefault="00E42A5A" w:rsidP="0087794E">
      <w:pPr>
        <w:pStyle w:val="Titolo2"/>
        <w:rPr>
          <w:lang w:val="it-IT"/>
        </w:rPr>
      </w:pPr>
    </w:p>
    <w:p w14:paraId="5161AEF8" w14:textId="7DB6A280" w:rsidR="0087794E" w:rsidRPr="0087794E" w:rsidRDefault="0087794E" w:rsidP="0087794E">
      <w:pPr>
        <w:rPr>
          <w:rFonts w:ascii="Bookman Old Style" w:hAnsi="Bookman Old Style"/>
          <w:sz w:val="20"/>
          <w:szCs w:val="20"/>
        </w:rPr>
      </w:pPr>
      <w:r w:rsidRPr="00F607FA">
        <w:rPr>
          <w:rFonts w:ascii="Bookman Old Style" w:hAnsi="Bookman Old Style"/>
          <w:sz w:val="20"/>
          <w:szCs w:val="20"/>
          <w:lang w:val="it-IT"/>
        </w:rPr>
        <w:t>Data</w:t>
      </w:r>
      <w:r w:rsidR="00B6719F" w:rsidRPr="00F607FA">
        <w:rPr>
          <w:rFonts w:ascii="Bookman Old Style" w:hAnsi="Bookman Old Style"/>
          <w:sz w:val="20"/>
          <w:szCs w:val="20"/>
          <w:lang w:val="it-IT"/>
        </w:rPr>
        <w:t xml:space="preserve"> _________</w:t>
      </w:r>
      <w:r w:rsidRPr="00F607FA">
        <w:rPr>
          <w:rFonts w:ascii="Bookman Old Style" w:hAnsi="Bookman Old Style"/>
          <w:sz w:val="20"/>
          <w:szCs w:val="20"/>
          <w:lang w:val="it-IT"/>
        </w:rPr>
        <w:tab/>
      </w:r>
      <w:r w:rsidRPr="00F607FA">
        <w:rPr>
          <w:rFonts w:ascii="Bookman Old Style" w:hAnsi="Bookman Old Style"/>
          <w:sz w:val="20"/>
          <w:szCs w:val="20"/>
          <w:lang w:val="it-IT"/>
        </w:rPr>
        <w:tab/>
      </w:r>
      <w:r w:rsidRPr="00F607FA">
        <w:rPr>
          <w:rFonts w:ascii="Bookman Old Style" w:hAnsi="Bookman Old Style"/>
          <w:sz w:val="20"/>
          <w:szCs w:val="20"/>
          <w:lang w:val="it-IT"/>
        </w:rPr>
        <w:tab/>
      </w:r>
      <w:r w:rsidRPr="00F607FA">
        <w:rPr>
          <w:rFonts w:ascii="Bookman Old Style" w:hAnsi="Bookman Old Style"/>
          <w:sz w:val="20"/>
          <w:szCs w:val="20"/>
          <w:lang w:val="it-IT"/>
        </w:rPr>
        <w:tab/>
      </w:r>
      <w:r w:rsidRPr="00F607FA">
        <w:rPr>
          <w:rFonts w:ascii="Bookman Old Style" w:hAnsi="Bookman Old Style"/>
          <w:sz w:val="20"/>
          <w:szCs w:val="20"/>
          <w:lang w:val="it-IT"/>
        </w:rPr>
        <w:tab/>
        <w:t>Firma</w:t>
      </w:r>
      <w:r w:rsidR="00B6719F" w:rsidRPr="00F607FA">
        <w:rPr>
          <w:rFonts w:ascii="Bookman Old Style" w:hAnsi="Bookman Old Style"/>
          <w:sz w:val="20"/>
          <w:szCs w:val="20"/>
          <w:lang w:val="it-IT"/>
        </w:rPr>
        <w:t xml:space="preserve"> </w:t>
      </w:r>
      <w:r w:rsidR="00B6719F" w:rsidRPr="00F607FA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>__________</w:t>
      </w:r>
      <w:r w:rsidR="00B6719F">
        <w:rPr>
          <w:rFonts w:ascii="Bookman Old Style" w:eastAsia="Times New Roman" w:hAnsi="Bookman Old Style" w:cs="Times New Roman"/>
          <w:sz w:val="20"/>
          <w:szCs w:val="20"/>
          <w:lang w:val="it-IT" w:eastAsia="it-IT"/>
        </w:rPr>
        <w:t>_________________________</w:t>
      </w:r>
    </w:p>
    <w:sectPr w:rsidR="0087794E" w:rsidRPr="0087794E" w:rsidSect="0087794E">
      <w:pgSz w:w="12240" w:h="15840"/>
      <w:pgMar w:top="568" w:right="1183" w:bottom="1135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790136B"/>
    <w:multiLevelType w:val="hybridMultilevel"/>
    <w:tmpl w:val="4F4A55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3714331">
    <w:abstractNumId w:val="8"/>
  </w:num>
  <w:num w:numId="2" w16cid:durableId="814034052">
    <w:abstractNumId w:val="6"/>
  </w:num>
  <w:num w:numId="3" w16cid:durableId="538860623">
    <w:abstractNumId w:val="5"/>
  </w:num>
  <w:num w:numId="4" w16cid:durableId="1162891112">
    <w:abstractNumId w:val="4"/>
  </w:num>
  <w:num w:numId="5" w16cid:durableId="1525829289">
    <w:abstractNumId w:val="7"/>
  </w:num>
  <w:num w:numId="6" w16cid:durableId="564147178">
    <w:abstractNumId w:val="3"/>
  </w:num>
  <w:num w:numId="7" w16cid:durableId="656152944">
    <w:abstractNumId w:val="2"/>
  </w:num>
  <w:num w:numId="8" w16cid:durableId="1683821785">
    <w:abstractNumId w:val="1"/>
  </w:num>
  <w:num w:numId="9" w16cid:durableId="723067743">
    <w:abstractNumId w:val="0"/>
  </w:num>
  <w:num w:numId="10" w16cid:durableId="9887495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637C7"/>
    <w:rsid w:val="007B71DF"/>
    <w:rsid w:val="0087794E"/>
    <w:rsid w:val="00AA1D8D"/>
    <w:rsid w:val="00AB3EB0"/>
    <w:rsid w:val="00B47730"/>
    <w:rsid w:val="00B6719F"/>
    <w:rsid w:val="00C13A55"/>
    <w:rsid w:val="00CB0664"/>
    <w:rsid w:val="00D77BD7"/>
    <w:rsid w:val="00E42A5A"/>
    <w:rsid w:val="00E4598A"/>
    <w:rsid w:val="00E97202"/>
    <w:rsid w:val="00F607FA"/>
    <w:rsid w:val="00FC693F"/>
    <w:rsid w:val="00FD6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A84EE5"/>
  <w14:defaultImageDpi w14:val="300"/>
  <w15:docId w15:val="{86A65557-0449-40B7-91A2-E7E75B3DF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Maria Giovanna Carta</cp:lastModifiedBy>
  <cp:revision>8</cp:revision>
  <dcterms:created xsi:type="dcterms:W3CDTF">2026-07-30T10:43:00Z</dcterms:created>
  <dcterms:modified xsi:type="dcterms:W3CDTF">2026-07-30T16:59:00Z</dcterms:modified>
  <cp:category/>
</cp:coreProperties>
</file>